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F2E9B" w14:textId="1051F894" w:rsidR="00D82FD4" w:rsidRDefault="002D21AE">
      <w:pPr>
        <w:spacing w:after="40" w:line="252" w:lineRule="auto"/>
        <w:jc w:val="center"/>
        <w:rPr>
          <w:rFonts w:cs="Verdana"/>
          <w:b/>
          <w:color w:val="075F64"/>
          <w:sz w:val="14"/>
          <w:szCs w:val="6"/>
          <w:lang w:val="fr-FR"/>
        </w:rPr>
      </w:pPr>
      <w:r>
        <w:rPr>
          <w:rFonts w:cs="Verdana"/>
          <w:noProof/>
        </w:rPr>
        <w:drawing>
          <wp:anchor distT="0" distB="0" distL="114300" distR="114300" simplePos="0" relativeHeight="251658240" behindDoc="1" locked="0" layoutInCell="1" allowOverlap="1" wp14:anchorId="1C568E81" wp14:editId="7DEEF5B9">
            <wp:simplePos x="0" y="0"/>
            <wp:positionH relativeFrom="column">
              <wp:posOffset>-146050</wp:posOffset>
            </wp:positionH>
            <wp:positionV relativeFrom="paragraph">
              <wp:posOffset>24130</wp:posOffset>
            </wp:positionV>
            <wp:extent cx="6829425" cy="133858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iere_creche.png"/>
                    <pic:cNvPicPr/>
                  </pic:nvPicPr>
                  <pic:blipFill>
                    <a:blip r:embed="rId8"/>
                    <a:stretch>
                      <a:fillRect/>
                    </a:stretch>
                  </pic:blipFill>
                  <pic:spPr>
                    <a:xfrm>
                      <a:off x="0" y="0"/>
                      <a:ext cx="6829425" cy="1338580"/>
                    </a:xfrm>
                    <a:prstGeom prst="rect">
                      <a:avLst/>
                    </a:prstGeom>
                  </pic:spPr>
                </pic:pic>
              </a:graphicData>
            </a:graphic>
            <wp14:sizeRelH relativeFrom="margin">
              <wp14:pctWidth>0</wp14:pctWidth>
            </wp14:sizeRelH>
          </wp:anchor>
        </w:drawing>
      </w:r>
    </w:p>
    <w:p w14:paraId="7040F045" w14:textId="77777777" w:rsidR="002D21AE" w:rsidRDefault="002D21AE">
      <w:pPr>
        <w:spacing w:after="40" w:line="252" w:lineRule="auto"/>
        <w:jc w:val="center"/>
        <w:rPr>
          <w:rFonts w:cs="Verdana"/>
          <w:b/>
          <w:color w:val="075F64"/>
          <w:sz w:val="14"/>
          <w:szCs w:val="6"/>
          <w:lang w:val="fr-FR"/>
        </w:rPr>
      </w:pPr>
    </w:p>
    <w:p w14:paraId="0B01D256" w14:textId="77777777" w:rsidR="002D21AE" w:rsidRDefault="002D21AE">
      <w:pPr>
        <w:spacing w:after="40" w:line="252" w:lineRule="auto"/>
        <w:jc w:val="center"/>
        <w:rPr>
          <w:rFonts w:cs="Verdana"/>
          <w:b/>
          <w:color w:val="075F64"/>
          <w:sz w:val="14"/>
          <w:szCs w:val="6"/>
          <w:lang w:val="fr-FR"/>
        </w:rPr>
      </w:pPr>
    </w:p>
    <w:p w14:paraId="6D2F41FC" w14:textId="77777777" w:rsidR="002D21AE" w:rsidRDefault="002D21AE">
      <w:pPr>
        <w:spacing w:after="40" w:line="252" w:lineRule="auto"/>
        <w:jc w:val="center"/>
        <w:rPr>
          <w:rFonts w:cs="Verdana"/>
          <w:b/>
          <w:color w:val="075F64"/>
          <w:sz w:val="14"/>
          <w:szCs w:val="6"/>
          <w:lang w:val="fr-FR"/>
        </w:rPr>
      </w:pPr>
    </w:p>
    <w:p w14:paraId="1DA70556" w14:textId="77777777" w:rsidR="002D21AE" w:rsidRDefault="002D21AE">
      <w:pPr>
        <w:spacing w:after="40" w:line="252" w:lineRule="auto"/>
        <w:jc w:val="center"/>
        <w:rPr>
          <w:rFonts w:cs="Verdana"/>
          <w:b/>
          <w:color w:val="075F64"/>
          <w:sz w:val="14"/>
          <w:szCs w:val="6"/>
          <w:lang w:val="fr-FR"/>
        </w:rPr>
      </w:pPr>
    </w:p>
    <w:p w14:paraId="1240E75F" w14:textId="77777777" w:rsidR="002D21AE" w:rsidRDefault="002D21AE">
      <w:pPr>
        <w:spacing w:after="40" w:line="252" w:lineRule="auto"/>
        <w:jc w:val="center"/>
        <w:rPr>
          <w:rFonts w:cs="Verdana"/>
          <w:b/>
          <w:color w:val="075F64"/>
          <w:sz w:val="14"/>
          <w:szCs w:val="6"/>
          <w:lang w:val="fr-FR"/>
        </w:rPr>
      </w:pPr>
    </w:p>
    <w:p w14:paraId="0D3ABEF9" w14:textId="77777777" w:rsidR="002D21AE" w:rsidRDefault="002D21AE">
      <w:pPr>
        <w:spacing w:after="40" w:line="252" w:lineRule="auto"/>
        <w:jc w:val="center"/>
        <w:rPr>
          <w:rFonts w:cs="Verdana"/>
          <w:b/>
          <w:color w:val="075F64"/>
          <w:sz w:val="14"/>
          <w:szCs w:val="6"/>
          <w:lang w:val="fr-FR"/>
        </w:rPr>
      </w:pPr>
    </w:p>
    <w:p w14:paraId="6B559174" w14:textId="77777777" w:rsidR="002D21AE" w:rsidRDefault="002D21AE">
      <w:pPr>
        <w:spacing w:after="40" w:line="252" w:lineRule="auto"/>
        <w:jc w:val="center"/>
        <w:rPr>
          <w:rFonts w:cs="Verdana"/>
          <w:b/>
          <w:color w:val="075F64"/>
          <w:sz w:val="14"/>
          <w:szCs w:val="6"/>
          <w:lang w:val="fr-FR"/>
        </w:rPr>
      </w:pPr>
    </w:p>
    <w:p w14:paraId="14AA05A8" w14:textId="77777777" w:rsidR="002D21AE" w:rsidRDefault="002D21AE">
      <w:pPr>
        <w:spacing w:after="40" w:line="252" w:lineRule="auto"/>
        <w:jc w:val="center"/>
        <w:rPr>
          <w:rFonts w:cs="Verdana"/>
          <w:b/>
          <w:color w:val="075F64"/>
          <w:sz w:val="14"/>
          <w:szCs w:val="6"/>
          <w:lang w:val="fr-FR"/>
        </w:rPr>
      </w:pPr>
    </w:p>
    <w:p w14:paraId="15598B79" w14:textId="77777777" w:rsidR="002D21AE" w:rsidRPr="004A7A7B" w:rsidRDefault="002D21AE">
      <w:pPr>
        <w:spacing w:after="40" w:line="252" w:lineRule="auto"/>
        <w:jc w:val="center"/>
        <w:rPr>
          <w:rFonts w:cs="Verdana"/>
          <w:b/>
          <w:color w:val="075F64"/>
          <w:sz w:val="14"/>
          <w:szCs w:val="6"/>
          <w:lang w:val="fr-FR"/>
        </w:rPr>
      </w:pPr>
    </w:p>
    <w:p w14:paraId="6D97859E" w14:textId="5355A9D9" w:rsidR="003C15A5" w:rsidRPr="00D82FD4" w:rsidRDefault="00370613" w:rsidP="00780EDC">
      <w:pPr>
        <w:spacing w:before="240" w:after="40" w:line="240" w:lineRule="auto"/>
        <w:jc w:val="center"/>
        <w:rPr>
          <w:lang w:val="fr-FR"/>
        </w:rPr>
      </w:pPr>
      <w:r w:rsidRPr="00D82FD4">
        <w:rPr>
          <w:rFonts w:cs="Verdana"/>
          <w:b/>
          <w:color w:val="075F64"/>
          <w:sz w:val="34"/>
          <w:lang w:val="fr-FR"/>
        </w:rPr>
        <w:t>Demande de préinscription en crèche</w:t>
      </w:r>
    </w:p>
    <w:p w14:paraId="68EDE38D" w14:textId="3D05B2DB" w:rsidR="003C15A5" w:rsidRDefault="00370613">
      <w:pPr>
        <w:spacing w:after="100" w:line="252" w:lineRule="auto"/>
        <w:jc w:val="center"/>
        <w:rPr>
          <w:rFonts w:cs="Verdana"/>
          <w:b/>
          <w:color w:val="0C9C95"/>
          <w:sz w:val="20"/>
          <w:szCs w:val="24"/>
          <w:lang w:val="fr-FR"/>
        </w:rPr>
      </w:pPr>
      <w:r w:rsidRPr="004A7A7B">
        <w:rPr>
          <w:rFonts w:cs="Verdana"/>
          <w:b/>
          <w:color w:val="0C9C95"/>
          <w:sz w:val="20"/>
          <w:szCs w:val="24"/>
          <w:lang w:val="fr-FR"/>
        </w:rPr>
        <w:t>FORMULAIRE À COMPLÉTER DANS WORD</w:t>
      </w:r>
    </w:p>
    <w:p w14:paraId="575083F9" w14:textId="77777777" w:rsidR="00780EDC" w:rsidRDefault="00780EDC">
      <w:pPr>
        <w:spacing w:after="100" w:line="252" w:lineRule="auto"/>
        <w:jc w:val="center"/>
        <w:rPr>
          <w:rFonts w:cs="Verdana"/>
          <w:b/>
          <w:color w:val="0C9C95"/>
          <w:sz w:val="20"/>
          <w:szCs w:val="24"/>
          <w:lang w:val="fr-FR"/>
        </w:rPr>
      </w:pPr>
    </w:p>
    <w:tbl>
      <w:tblPr>
        <w:tblW w:w="5000" w:type="pct"/>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Layout w:type="fixed"/>
        <w:tblLook w:val="04A0" w:firstRow="1" w:lastRow="0" w:firstColumn="1" w:lastColumn="0" w:noHBand="0" w:noVBand="1"/>
      </w:tblPr>
      <w:tblGrid>
        <w:gridCol w:w="3212"/>
        <w:gridCol w:w="2676"/>
        <w:gridCol w:w="4304"/>
      </w:tblGrid>
      <w:tr w:rsidR="002D21AE" w14:paraId="797AEF3A" w14:textId="77777777" w:rsidTr="0057382D">
        <w:tc>
          <w:tcPr>
            <w:tcW w:w="10454" w:type="dxa"/>
            <w:gridSpan w:val="3"/>
            <w:shd w:val="clear" w:color="auto" w:fill="075F64"/>
            <w:tcMar>
              <w:top w:w="95" w:type="dxa"/>
              <w:left w:w="125" w:type="dxa"/>
              <w:bottom w:w="95" w:type="dxa"/>
              <w:right w:w="125" w:type="dxa"/>
            </w:tcMar>
            <w:vAlign w:val="center"/>
          </w:tcPr>
          <w:p w14:paraId="1C5EBCBA" w14:textId="77777777" w:rsidR="002D21AE" w:rsidRDefault="002D21AE" w:rsidP="00190841">
            <w:pPr>
              <w:spacing w:after="0"/>
              <w:jc w:val="center"/>
            </w:pPr>
            <w:r>
              <w:rPr>
                <w:rFonts w:cs="Verdana"/>
                <w:b/>
                <w:color w:val="FFFFFF"/>
              </w:rPr>
              <w:t>CADRE RÉSERVÉ AU SERVICE</w:t>
            </w:r>
          </w:p>
        </w:tc>
      </w:tr>
      <w:tr w:rsidR="002D21AE" w14:paraId="3927A6DA" w14:textId="77777777" w:rsidTr="0057382D">
        <w:tc>
          <w:tcPr>
            <w:tcW w:w="3294" w:type="dxa"/>
            <w:tcMar>
              <w:top w:w="95" w:type="dxa"/>
              <w:left w:w="125" w:type="dxa"/>
              <w:bottom w:w="95" w:type="dxa"/>
              <w:right w:w="125" w:type="dxa"/>
            </w:tcMar>
            <w:vAlign w:val="center"/>
          </w:tcPr>
          <w:p w14:paraId="7C388518" w14:textId="77777777" w:rsidR="002D21AE" w:rsidRPr="002D21AE" w:rsidRDefault="002D21AE" w:rsidP="00190841">
            <w:pPr>
              <w:spacing w:after="0"/>
              <w:rPr>
                <w:sz w:val="20"/>
                <w:szCs w:val="20"/>
                <w:lang w:val="fr-FR"/>
              </w:rPr>
            </w:pPr>
            <w:r w:rsidRPr="002D21AE">
              <w:rPr>
                <w:rFonts w:cs="Verdana"/>
                <w:b/>
                <w:sz w:val="20"/>
                <w:szCs w:val="20"/>
                <w:lang w:val="fr-FR"/>
              </w:rPr>
              <w:t>Date de réception du dossier complet</w:t>
            </w:r>
          </w:p>
        </w:tc>
        <w:tc>
          <w:tcPr>
            <w:tcW w:w="2743" w:type="dxa"/>
            <w:tcMar>
              <w:top w:w="95" w:type="dxa"/>
              <w:left w:w="125" w:type="dxa"/>
              <w:bottom w:w="95" w:type="dxa"/>
              <w:right w:w="125" w:type="dxa"/>
            </w:tcMar>
          </w:tcPr>
          <w:p w14:paraId="1F56E1D5" w14:textId="77777777" w:rsidR="002D21AE" w:rsidRPr="002D21AE" w:rsidRDefault="00370613" w:rsidP="00190841">
            <w:pPr>
              <w:spacing w:after="0"/>
              <w:rPr>
                <w:sz w:val="20"/>
                <w:szCs w:val="20"/>
              </w:rPr>
            </w:pPr>
            <w:sdt>
              <w:sdtPr>
                <w:rPr>
                  <w:sz w:val="20"/>
                  <w:szCs w:val="20"/>
                </w:rPr>
                <w:alias w:val="JJ / MM / AAAA"/>
                <w:tag w:val="JJ_/_MM_/_AAAA"/>
                <w:id w:val="-1396815300"/>
                <w:showingPlcHdr/>
                <w:text/>
              </w:sdtPr>
              <w:sdtEndPr/>
              <w:sdtContent>
                <w:r w:rsidR="002D21AE" w:rsidRPr="002D21AE">
                  <w:rPr>
                    <w:rFonts w:cs="Verdana"/>
                    <w:color w:val="788789"/>
                    <w:sz w:val="20"/>
                    <w:szCs w:val="20"/>
                  </w:rPr>
                  <w:t>JJ / MM / AAAA</w:t>
                </w:r>
              </w:sdtContent>
            </w:sdt>
          </w:p>
        </w:tc>
        <w:tc>
          <w:tcPr>
            <w:tcW w:w="4417" w:type="dxa"/>
            <w:tcMar>
              <w:top w:w="95" w:type="dxa"/>
              <w:left w:w="125" w:type="dxa"/>
              <w:bottom w:w="95" w:type="dxa"/>
              <w:right w:w="125" w:type="dxa"/>
            </w:tcMar>
            <w:vAlign w:val="center"/>
          </w:tcPr>
          <w:p w14:paraId="63226272" w14:textId="77777777" w:rsidR="002D21AE" w:rsidRPr="002D21AE" w:rsidRDefault="002D21AE" w:rsidP="00190841">
            <w:pPr>
              <w:spacing w:after="0"/>
              <w:rPr>
                <w:sz w:val="20"/>
                <w:szCs w:val="20"/>
              </w:rPr>
            </w:pPr>
            <w:r w:rsidRPr="002D21AE">
              <w:rPr>
                <w:rFonts w:cs="Verdana"/>
                <w:sz w:val="20"/>
                <w:szCs w:val="20"/>
              </w:rPr>
              <w:t xml:space="preserve">N° de </w:t>
            </w:r>
            <w:proofErr w:type="gramStart"/>
            <w:r w:rsidRPr="002D21AE">
              <w:rPr>
                <w:rFonts w:cs="Verdana"/>
                <w:sz w:val="20"/>
                <w:szCs w:val="20"/>
              </w:rPr>
              <w:t>dossier :</w:t>
            </w:r>
            <w:proofErr w:type="gramEnd"/>
            <w:r w:rsidRPr="002D21AE">
              <w:rPr>
                <w:rFonts w:cs="Verdana"/>
                <w:sz w:val="20"/>
                <w:szCs w:val="20"/>
              </w:rPr>
              <w:t xml:space="preserve"> ____________________</w:t>
            </w:r>
          </w:p>
        </w:tc>
      </w:tr>
    </w:tbl>
    <w:tbl>
      <w:tblPr>
        <w:tblW w:w="5000" w:type="pct"/>
        <w:tblBorders>
          <w:top w:val="single" w:sz="0" w:space="0" w:color="FFF5D8"/>
          <w:left w:val="single" w:sz="0" w:space="0" w:color="FFF5D8"/>
          <w:bottom w:val="single" w:sz="0" w:space="0" w:color="FFF5D8"/>
          <w:right w:val="single" w:sz="0" w:space="0" w:color="FFF5D8"/>
          <w:insideH w:val="single" w:sz="0" w:space="0" w:color="FFF5D8"/>
          <w:insideV w:val="single" w:sz="0" w:space="0" w:color="FFF5D8"/>
        </w:tblBorders>
        <w:tblLook w:val="04A0" w:firstRow="1" w:lastRow="0" w:firstColumn="1" w:lastColumn="0" w:noHBand="0" w:noVBand="1"/>
      </w:tblPr>
      <w:tblGrid>
        <w:gridCol w:w="10204"/>
      </w:tblGrid>
      <w:tr w:rsidR="003C15A5" w14:paraId="634992FF" w14:textId="77777777" w:rsidTr="0057382D">
        <w:trPr>
          <w:trHeight w:val="320"/>
        </w:trPr>
        <w:tc>
          <w:tcPr>
            <w:tcW w:w="10774" w:type="dxa"/>
            <w:shd w:val="clear" w:color="auto" w:fill="FFF5D8"/>
            <w:tcMar>
              <w:top w:w="95" w:type="dxa"/>
              <w:left w:w="125" w:type="dxa"/>
              <w:bottom w:w="95" w:type="dxa"/>
              <w:right w:w="125" w:type="dxa"/>
            </w:tcMar>
            <w:vAlign w:val="center"/>
          </w:tcPr>
          <w:p w14:paraId="093F7A75" w14:textId="77777777" w:rsidR="003C15A5" w:rsidRDefault="00370613">
            <w:pPr>
              <w:spacing w:after="0" w:line="247" w:lineRule="auto"/>
            </w:pPr>
            <w:r w:rsidRPr="004A7A7B">
              <w:rPr>
                <w:rFonts w:cs="Verdana"/>
                <w:sz w:val="20"/>
                <w:szCs w:val="24"/>
                <w:lang w:val="fr-FR"/>
              </w:rPr>
              <w:t xml:space="preserve">Ce formulaire peut être complété directement dans Word. La demande peut être déposée à partir du quatrième mois de grossesse révolu. </w:t>
            </w:r>
            <w:r w:rsidRPr="004A7A7B">
              <w:rPr>
                <w:rFonts w:cs="Verdana"/>
                <w:sz w:val="20"/>
                <w:szCs w:val="24"/>
              </w:rPr>
              <w:t xml:space="preserve">Les </w:t>
            </w:r>
            <w:proofErr w:type="gramStart"/>
            <w:r w:rsidRPr="004A7A7B">
              <w:rPr>
                <w:rFonts w:cs="Verdana"/>
                <w:sz w:val="20"/>
                <w:szCs w:val="24"/>
              </w:rPr>
              <w:t>champs</w:t>
            </w:r>
            <w:proofErr w:type="gramEnd"/>
            <w:r w:rsidRPr="004A7A7B">
              <w:rPr>
                <w:rFonts w:cs="Verdana"/>
                <w:sz w:val="20"/>
                <w:szCs w:val="24"/>
              </w:rPr>
              <w:t xml:space="preserve"> marqués d’un astérisque sont indispensables.</w:t>
            </w:r>
          </w:p>
        </w:tc>
      </w:tr>
    </w:tbl>
    <w:p w14:paraId="3C595FE8" w14:textId="77777777" w:rsidR="008F5044" w:rsidRDefault="008F5044" w:rsidP="0057382D">
      <w:pPr>
        <w:spacing w:after="0" w:line="240" w:lineRule="auto"/>
      </w:pP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205"/>
        <w:gridCol w:w="5999"/>
      </w:tblGrid>
      <w:tr w:rsidR="0057382D" w14:paraId="2E257E67" w14:textId="77777777" w:rsidTr="00EC3787">
        <w:trPr>
          <w:trHeight w:val="320"/>
        </w:trPr>
        <w:tc>
          <w:tcPr>
            <w:tcW w:w="10454" w:type="dxa"/>
            <w:gridSpan w:val="2"/>
            <w:shd w:val="clear" w:color="auto" w:fill="F28C7B"/>
            <w:tcMar>
              <w:top w:w="95" w:type="dxa"/>
              <w:left w:w="125" w:type="dxa"/>
              <w:bottom w:w="95" w:type="dxa"/>
              <w:right w:w="125" w:type="dxa"/>
            </w:tcMar>
            <w:vAlign w:val="center"/>
          </w:tcPr>
          <w:p w14:paraId="24175506" w14:textId="02A29E7C" w:rsidR="0057382D" w:rsidRDefault="0057382D" w:rsidP="0057382D">
            <w:pPr>
              <w:spacing w:after="0" w:line="247" w:lineRule="auto"/>
              <w:jc w:val="center"/>
            </w:pPr>
            <w:r>
              <w:rPr>
                <w:rFonts w:cs="Verdana"/>
                <w:b/>
                <w:color w:val="075F64"/>
                <w:sz w:val="22"/>
              </w:rPr>
              <w:t>Coordonnées de la crèche</w:t>
            </w:r>
          </w:p>
        </w:tc>
      </w:tr>
      <w:tr w:rsidR="000C506F" w:rsidRPr="007006AF" w14:paraId="15B3FA2D" w14:textId="77777777" w:rsidTr="0057382D">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320"/>
        </w:trPr>
        <w:tc>
          <w:tcPr>
            <w:tcW w:w="4307" w:type="dxa"/>
            <w:shd w:val="clear" w:color="auto" w:fill="E8F7F5"/>
            <w:tcMar>
              <w:top w:w="95" w:type="dxa"/>
              <w:left w:w="125" w:type="dxa"/>
              <w:bottom w:w="95" w:type="dxa"/>
              <w:right w:w="125" w:type="dxa"/>
            </w:tcMar>
            <w:vAlign w:val="center"/>
          </w:tcPr>
          <w:p w14:paraId="6F6F0A3C" w14:textId="77777777" w:rsidR="000C506F" w:rsidRPr="008734FB" w:rsidRDefault="000C506F" w:rsidP="00190841">
            <w:pPr>
              <w:spacing w:after="0" w:line="247" w:lineRule="auto"/>
              <w:jc w:val="center"/>
              <w:rPr>
                <w:sz w:val="20"/>
                <w:szCs w:val="24"/>
                <w:lang w:val="fr-FR"/>
              </w:rPr>
            </w:pPr>
            <w:r w:rsidRPr="008734FB">
              <w:rPr>
                <w:rFonts w:cs="Verdana"/>
                <w:b/>
                <w:color w:val="075F64"/>
                <w:sz w:val="20"/>
                <w:szCs w:val="24"/>
                <w:lang w:val="fr-FR"/>
              </w:rPr>
              <w:t>Crèche Le Petit Prince</w:t>
            </w:r>
            <w:r w:rsidRPr="008734FB">
              <w:rPr>
                <w:rFonts w:cs="Verdana"/>
                <w:b/>
                <w:color w:val="075F64"/>
                <w:sz w:val="20"/>
                <w:szCs w:val="24"/>
                <w:lang w:val="fr-FR"/>
              </w:rPr>
              <w:br/>
              <w:t>3 place Henri Hamel</w:t>
            </w:r>
            <w:r w:rsidRPr="008734FB">
              <w:rPr>
                <w:rFonts w:cs="Verdana"/>
                <w:b/>
                <w:color w:val="075F64"/>
                <w:sz w:val="20"/>
                <w:szCs w:val="24"/>
                <w:lang w:val="fr-FR"/>
              </w:rPr>
              <w:br/>
              <w:t xml:space="preserve">78860 </w:t>
            </w:r>
            <w:proofErr w:type="spellStart"/>
            <w:r w:rsidRPr="008734FB">
              <w:rPr>
                <w:rFonts w:cs="Verdana"/>
                <w:b/>
                <w:color w:val="075F64"/>
                <w:sz w:val="20"/>
                <w:szCs w:val="24"/>
                <w:lang w:val="fr-FR"/>
              </w:rPr>
              <w:t>Saint-Nom-la-Bretèche</w:t>
            </w:r>
            <w:proofErr w:type="spellEnd"/>
          </w:p>
        </w:tc>
        <w:tc>
          <w:tcPr>
            <w:tcW w:w="6147" w:type="dxa"/>
            <w:shd w:val="clear" w:color="auto" w:fill="EDF7EA"/>
            <w:tcMar>
              <w:top w:w="95" w:type="dxa"/>
              <w:left w:w="125" w:type="dxa"/>
              <w:bottom w:w="95" w:type="dxa"/>
              <w:right w:w="125" w:type="dxa"/>
            </w:tcMar>
            <w:vAlign w:val="center"/>
          </w:tcPr>
          <w:p w14:paraId="11E89151" w14:textId="77777777" w:rsidR="000C506F" w:rsidRPr="008F5044" w:rsidRDefault="000C506F" w:rsidP="00190841">
            <w:pPr>
              <w:spacing w:after="0" w:line="247" w:lineRule="auto"/>
              <w:jc w:val="center"/>
              <w:rPr>
                <w:rFonts w:cs="Verdana"/>
                <w:b/>
                <w:color w:val="075F64"/>
                <w:sz w:val="20"/>
                <w:szCs w:val="24"/>
                <w:lang w:val="fr-FR"/>
              </w:rPr>
            </w:pPr>
            <w:r w:rsidRPr="008F5044">
              <w:rPr>
                <w:rFonts w:cs="Verdana"/>
                <w:b/>
                <w:color w:val="075F64"/>
                <w:sz w:val="20"/>
                <w:szCs w:val="24"/>
                <w:lang w:val="fr-FR"/>
              </w:rPr>
              <w:t>Téléphone : 01 86 22 39 47</w:t>
            </w:r>
          </w:p>
          <w:p w14:paraId="221B8B19" w14:textId="77777777" w:rsidR="000C506F" w:rsidRPr="008F5044" w:rsidRDefault="000C506F" w:rsidP="00190841">
            <w:pPr>
              <w:spacing w:after="0" w:line="247" w:lineRule="auto"/>
              <w:jc w:val="center"/>
              <w:rPr>
                <w:sz w:val="20"/>
                <w:szCs w:val="24"/>
                <w:lang w:val="fr-FR"/>
              </w:rPr>
            </w:pPr>
            <w:r w:rsidRPr="008F5044">
              <w:rPr>
                <w:rFonts w:cs="Verdana"/>
                <w:b/>
                <w:color w:val="075F64"/>
                <w:sz w:val="20"/>
                <w:szCs w:val="24"/>
                <w:lang w:val="fr-FR"/>
              </w:rPr>
              <w:t>Courriel : petitprince.snlb@lpcr.fr</w:t>
            </w:r>
          </w:p>
        </w:tc>
      </w:tr>
    </w:tbl>
    <w:p w14:paraId="6185CF96" w14:textId="77777777" w:rsidR="000C506F" w:rsidRPr="000C506F" w:rsidRDefault="000C506F" w:rsidP="0057382D">
      <w:pPr>
        <w:spacing w:after="0" w:line="240" w:lineRule="auto"/>
        <w:rPr>
          <w:lang w:val="fr-FR"/>
        </w:rPr>
      </w:pPr>
    </w:p>
    <w:tbl>
      <w:tblPr>
        <w:tblW w:w="5391"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3861"/>
        <w:gridCol w:w="7141"/>
      </w:tblGrid>
      <w:tr w:rsidR="003C15A5" w14:paraId="48799357" w14:textId="77777777" w:rsidTr="0057382D">
        <w:trPr>
          <w:trHeight w:val="320"/>
        </w:trPr>
        <w:tc>
          <w:tcPr>
            <w:tcW w:w="3953" w:type="dxa"/>
            <w:shd w:val="clear" w:color="auto" w:fill="F28C7B"/>
            <w:tcMar>
              <w:top w:w="95" w:type="dxa"/>
              <w:left w:w="125" w:type="dxa"/>
              <w:bottom w:w="95" w:type="dxa"/>
              <w:right w:w="125" w:type="dxa"/>
            </w:tcMar>
            <w:vAlign w:val="center"/>
          </w:tcPr>
          <w:p w14:paraId="4A1A0C9F" w14:textId="77777777" w:rsidR="003C15A5" w:rsidRDefault="00370613">
            <w:pPr>
              <w:spacing w:after="0" w:line="247" w:lineRule="auto"/>
              <w:jc w:val="center"/>
            </w:pPr>
            <w:r>
              <w:rPr>
                <w:rFonts w:cs="Verdana"/>
                <w:b/>
                <w:color w:val="FFFFFF"/>
                <w:sz w:val="22"/>
              </w:rPr>
              <w:t>1</w:t>
            </w:r>
          </w:p>
        </w:tc>
        <w:tc>
          <w:tcPr>
            <w:tcW w:w="7318" w:type="dxa"/>
            <w:shd w:val="clear" w:color="auto" w:fill="E8F7F5"/>
            <w:tcMar>
              <w:top w:w="95" w:type="dxa"/>
              <w:left w:w="125" w:type="dxa"/>
              <w:bottom w:w="95" w:type="dxa"/>
              <w:right w:w="125" w:type="dxa"/>
            </w:tcMar>
            <w:vAlign w:val="center"/>
          </w:tcPr>
          <w:p w14:paraId="64631716" w14:textId="77777777" w:rsidR="003C15A5" w:rsidRDefault="00370613">
            <w:pPr>
              <w:spacing w:after="0" w:line="247" w:lineRule="auto"/>
            </w:pPr>
            <w:r>
              <w:rPr>
                <w:rFonts w:cs="Verdana"/>
                <w:b/>
                <w:color w:val="075F64"/>
                <w:sz w:val="22"/>
              </w:rPr>
              <w:t>L’enfant à accueillir</w:t>
            </w:r>
          </w:p>
        </w:tc>
      </w:tr>
      <w:tr w:rsidR="003C15A5" w14:paraId="076389D9" w14:textId="77777777" w:rsidTr="0057382D">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rPr>
          <w:trHeight w:val="320"/>
        </w:trPr>
        <w:tc>
          <w:tcPr>
            <w:tcW w:w="3953" w:type="dxa"/>
            <w:shd w:val="clear" w:color="auto" w:fill="F6F8F7"/>
            <w:tcMar>
              <w:top w:w="95" w:type="dxa"/>
              <w:left w:w="125" w:type="dxa"/>
              <w:bottom w:w="95" w:type="dxa"/>
              <w:right w:w="125" w:type="dxa"/>
            </w:tcMar>
            <w:vAlign w:val="center"/>
          </w:tcPr>
          <w:p w14:paraId="7B163D1B" w14:textId="77777777" w:rsidR="003C15A5" w:rsidRPr="004A7A7B" w:rsidRDefault="00370613">
            <w:pPr>
              <w:spacing w:after="0" w:line="247" w:lineRule="auto"/>
              <w:rPr>
                <w:sz w:val="20"/>
                <w:szCs w:val="24"/>
              </w:rPr>
            </w:pPr>
            <w:r w:rsidRPr="004A7A7B">
              <w:rPr>
                <w:rFonts w:cs="Verdana"/>
                <w:b/>
                <w:sz w:val="20"/>
                <w:szCs w:val="24"/>
              </w:rPr>
              <w:t>Nom de l’enfant *</w:t>
            </w:r>
          </w:p>
        </w:tc>
        <w:tc>
          <w:tcPr>
            <w:tcW w:w="7318" w:type="dxa"/>
            <w:shd w:val="clear" w:color="auto" w:fill="FFFFFF"/>
            <w:tcMar>
              <w:top w:w="95" w:type="dxa"/>
              <w:left w:w="125" w:type="dxa"/>
              <w:bottom w:w="95" w:type="dxa"/>
              <w:right w:w="125" w:type="dxa"/>
            </w:tcMar>
            <w:vAlign w:val="center"/>
          </w:tcPr>
          <w:p w14:paraId="1F33201C" w14:textId="77777777" w:rsidR="003C15A5" w:rsidRPr="004A7A7B" w:rsidRDefault="00370613">
            <w:pPr>
              <w:spacing w:after="0" w:line="247" w:lineRule="auto"/>
              <w:rPr>
                <w:sz w:val="20"/>
                <w:szCs w:val="24"/>
              </w:rPr>
            </w:pPr>
            <w:sdt>
              <w:sdtPr>
                <w:rPr>
                  <w:sz w:val="20"/>
                  <w:szCs w:val="24"/>
                </w:rPr>
                <w:alias w:val="Nom"/>
                <w:tag w:val="Nom"/>
                <w:id w:val="-1107894419"/>
                <w:showingPlcHdr/>
                <w:text/>
              </w:sdtPr>
              <w:sdtEndPr/>
              <w:sdtContent>
                <w:r w:rsidRPr="004A7A7B">
                  <w:rPr>
                    <w:color w:val="788789"/>
                    <w:sz w:val="20"/>
                    <w:szCs w:val="24"/>
                  </w:rPr>
                  <w:t>Nom</w:t>
                </w:r>
              </w:sdtContent>
            </w:sdt>
          </w:p>
        </w:tc>
      </w:tr>
      <w:tr w:rsidR="003C15A5" w14:paraId="640C1332" w14:textId="77777777" w:rsidTr="0057382D">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rPr>
          <w:trHeight w:val="300"/>
        </w:trPr>
        <w:tc>
          <w:tcPr>
            <w:tcW w:w="3953" w:type="dxa"/>
            <w:shd w:val="clear" w:color="auto" w:fill="F6F8F7"/>
            <w:tcMar>
              <w:top w:w="95" w:type="dxa"/>
              <w:left w:w="125" w:type="dxa"/>
              <w:bottom w:w="95" w:type="dxa"/>
              <w:right w:w="125" w:type="dxa"/>
            </w:tcMar>
            <w:vAlign w:val="center"/>
          </w:tcPr>
          <w:p w14:paraId="10ABFBBD" w14:textId="77777777" w:rsidR="003C15A5" w:rsidRPr="004A7A7B" w:rsidRDefault="00370613">
            <w:pPr>
              <w:spacing w:after="0" w:line="247" w:lineRule="auto"/>
              <w:rPr>
                <w:sz w:val="20"/>
                <w:szCs w:val="24"/>
                <w:lang w:val="fr-FR"/>
              </w:rPr>
            </w:pPr>
            <w:r w:rsidRPr="004A7A7B">
              <w:rPr>
                <w:rFonts w:cs="Verdana"/>
                <w:b/>
                <w:sz w:val="20"/>
                <w:szCs w:val="24"/>
                <w:lang w:val="fr-FR"/>
              </w:rPr>
              <w:t>Prénom si l’enfant est né</w:t>
            </w:r>
          </w:p>
        </w:tc>
        <w:tc>
          <w:tcPr>
            <w:tcW w:w="7318" w:type="dxa"/>
            <w:shd w:val="clear" w:color="auto" w:fill="FFFFFF"/>
            <w:tcMar>
              <w:top w:w="95" w:type="dxa"/>
              <w:left w:w="125" w:type="dxa"/>
              <w:bottom w:w="95" w:type="dxa"/>
              <w:right w:w="125" w:type="dxa"/>
            </w:tcMar>
            <w:vAlign w:val="center"/>
          </w:tcPr>
          <w:p w14:paraId="30E53417" w14:textId="77777777" w:rsidR="003C15A5" w:rsidRPr="004A7A7B" w:rsidRDefault="00370613">
            <w:pPr>
              <w:spacing w:after="0" w:line="247" w:lineRule="auto"/>
              <w:rPr>
                <w:sz w:val="20"/>
                <w:szCs w:val="24"/>
              </w:rPr>
            </w:pPr>
            <w:sdt>
              <w:sdtPr>
                <w:rPr>
                  <w:sz w:val="20"/>
                  <w:szCs w:val="24"/>
                </w:rPr>
                <w:alias w:val="Prénom"/>
                <w:tag w:val="Prénom"/>
                <w:id w:val="-888348355"/>
                <w:showingPlcHdr/>
                <w:text/>
              </w:sdtPr>
              <w:sdtEndPr/>
              <w:sdtContent>
                <w:r w:rsidRPr="004A7A7B">
                  <w:rPr>
                    <w:color w:val="788789"/>
                    <w:sz w:val="20"/>
                    <w:szCs w:val="24"/>
                  </w:rPr>
                  <w:t>Prénom</w:t>
                </w:r>
              </w:sdtContent>
            </w:sdt>
          </w:p>
        </w:tc>
      </w:tr>
      <w:tr w:rsidR="003C15A5" w14:paraId="64E9FE1B" w14:textId="77777777" w:rsidTr="0057382D">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rPr>
          <w:trHeight w:val="300"/>
        </w:trPr>
        <w:tc>
          <w:tcPr>
            <w:tcW w:w="3953" w:type="dxa"/>
            <w:shd w:val="clear" w:color="auto" w:fill="F6F8F7"/>
            <w:tcMar>
              <w:top w:w="95" w:type="dxa"/>
              <w:left w:w="125" w:type="dxa"/>
              <w:bottom w:w="95" w:type="dxa"/>
              <w:right w:w="125" w:type="dxa"/>
            </w:tcMar>
            <w:vAlign w:val="center"/>
          </w:tcPr>
          <w:p w14:paraId="3E4951E3" w14:textId="62F9E2DA" w:rsidR="003C15A5" w:rsidRPr="00B034C4" w:rsidRDefault="00370613">
            <w:pPr>
              <w:spacing w:after="0" w:line="247" w:lineRule="auto"/>
              <w:rPr>
                <w:sz w:val="20"/>
                <w:szCs w:val="24"/>
                <w:lang w:val="fr-FR"/>
              </w:rPr>
            </w:pPr>
            <w:r w:rsidRPr="00B034C4">
              <w:rPr>
                <w:rFonts w:cs="Verdana"/>
                <w:b/>
                <w:sz w:val="20"/>
                <w:szCs w:val="24"/>
                <w:lang w:val="fr-FR"/>
              </w:rPr>
              <w:t>Date de naissance</w:t>
            </w:r>
            <w:r w:rsidR="00B034C4" w:rsidRPr="00B034C4">
              <w:rPr>
                <w:rFonts w:cs="Verdana"/>
                <w:b/>
                <w:sz w:val="20"/>
                <w:szCs w:val="24"/>
                <w:lang w:val="fr-FR"/>
              </w:rPr>
              <w:t xml:space="preserve"> ou d</w:t>
            </w:r>
            <w:r w:rsidR="00B034C4">
              <w:rPr>
                <w:rFonts w:cs="Verdana"/>
                <w:b/>
                <w:sz w:val="20"/>
                <w:szCs w:val="24"/>
                <w:lang w:val="fr-FR"/>
              </w:rPr>
              <w:t>ate prévue *</w:t>
            </w:r>
          </w:p>
        </w:tc>
        <w:tc>
          <w:tcPr>
            <w:tcW w:w="7318" w:type="dxa"/>
            <w:shd w:val="clear" w:color="auto" w:fill="FFFFFF"/>
            <w:tcMar>
              <w:top w:w="95" w:type="dxa"/>
              <w:left w:w="125" w:type="dxa"/>
              <w:bottom w:w="95" w:type="dxa"/>
              <w:right w:w="125" w:type="dxa"/>
            </w:tcMar>
            <w:vAlign w:val="center"/>
          </w:tcPr>
          <w:p w14:paraId="1DD73A73" w14:textId="77777777" w:rsidR="003C15A5" w:rsidRPr="004A7A7B" w:rsidRDefault="00370613">
            <w:pPr>
              <w:spacing w:after="0" w:line="247" w:lineRule="auto"/>
              <w:rPr>
                <w:sz w:val="20"/>
                <w:szCs w:val="24"/>
              </w:rPr>
            </w:pPr>
            <w:sdt>
              <w:sdtPr>
                <w:rPr>
                  <w:sz w:val="20"/>
                  <w:szCs w:val="24"/>
                </w:rPr>
                <w:alias w:val="JJ / MM / AAAA"/>
                <w:tag w:val="JJ_/_MM_/_AAAA"/>
                <w:id w:val="1288004853"/>
                <w:showingPlcHdr/>
                <w:text/>
              </w:sdtPr>
              <w:sdtEndPr/>
              <w:sdtContent>
                <w:r w:rsidRPr="004A7A7B">
                  <w:rPr>
                    <w:color w:val="788789"/>
                    <w:sz w:val="20"/>
                    <w:szCs w:val="24"/>
                  </w:rPr>
                  <w:t>JJ / MM / AAAA</w:t>
                </w:r>
              </w:sdtContent>
            </w:sdt>
          </w:p>
        </w:tc>
      </w:tr>
      <w:tr w:rsidR="003C15A5" w14:paraId="5AA22B59" w14:textId="77777777" w:rsidTr="0057382D">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rPr>
          <w:trHeight w:val="300"/>
        </w:trPr>
        <w:tc>
          <w:tcPr>
            <w:tcW w:w="3953" w:type="dxa"/>
            <w:shd w:val="clear" w:color="auto" w:fill="F6F8F7"/>
            <w:tcMar>
              <w:top w:w="95" w:type="dxa"/>
              <w:left w:w="125" w:type="dxa"/>
              <w:bottom w:w="95" w:type="dxa"/>
              <w:right w:w="125" w:type="dxa"/>
            </w:tcMar>
            <w:vAlign w:val="center"/>
          </w:tcPr>
          <w:p w14:paraId="74200636" w14:textId="77777777" w:rsidR="003C15A5" w:rsidRPr="004A7A7B" w:rsidRDefault="00370613">
            <w:pPr>
              <w:spacing w:after="0" w:line="247" w:lineRule="auto"/>
              <w:rPr>
                <w:sz w:val="20"/>
                <w:szCs w:val="24"/>
              </w:rPr>
            </w:pPr>
            <w:r w:rsidRPr="004A7A7B">
              <w:rPr>
                <w:rFonts w:cs="Verdana"/>
                <w:b/>
                <w:sz w:val="20"/>
                <w:szCs w:val="24"/>
              </w:rPr>
              <w:t xml:space="preserve">Date d’accueil </w:t>
            </w:r>
            <w:proofErr w:type="spellStart"/>
            <w:r w:rsidRPr="004A7A7B">
              <w:rPr>
                <w:rFonts w:cs="Verdana"/>
                <w:b/>
                <w:sz w:val="20"/>
                <w:szCs w:val="24"/>
              </w:rPr>
              <w:t>souhaitée</w:t>
            </w:r>
            <w:proofErr w:type="spellEnd"/>
            <w:r w:rsidRPr="004A7A7B">
              <w:rPr>
                <w:rFonts w:cs="Verdana"/>
                <w:b/>
                <w:sz w:val="20"/>
                <w:szCs w:val="24"/>
              </w:rPr>
              <w:t xml:space="preserve"> *</w:t>
            </w:r>
          </w:p>
        </w:tc>
        <w:tc>
          <w:tcPr>
            <w:tcW w:w="7318" w:type="dxa"/>
            <w:shd w:val="clear" w:color="auto" w:fill="FFFFFF"/>
            <w:tcMar>
              <w:top w:w="95" w:type="dxa"/>
              <w:left w:w="125" w:type="dxa"/>
              <w:bottom w:w="95" w:type="dxa"/>
              <w:right w:w="125" w:type="dxa"/>
            </w:tcMar>
            <w:vAlign w:val="center"/>
          </w:tcPr>
          <w:p w14:paraId="0B9B29E0" w14:textId="77777777" w:rsidR="003C15A5" w:rsidRPr="004A7A7B" w:rsidRDefault="00370613">
            <w:pPr>
              <w:spacing w:after="0" w:line="247" w:lineRule="auto"/>
              <w:rPr>
                <w:sz w:val="20"/>
                <w:szCs w:val="24"/>
              </w:rPr>
            </w:pPr>
            <w:sdt>
              <w:sdtPr>
                <w:rPr>
                  <w:sz w:val="20"/>
                  <w:szCs w:val="24"/>
                </w:rPr>
                <w:alias w:val="JJ / MM / AAAA"/>
                <w:tag w:val="JJ_/_MM_/_AAAA"/>
                <w:id w:val="-1643726997"/>
                <w:showingPlcHdr/>
                <w:text/>
              </w:sdtPr>
              <w:sdtEndPr/>
              <w:sdtContent>
                <w:r w:rsidRPr="004A7A7B">
                  <w:rPr>
                    <w:color w:val="788789"/>
                    <w:sz w:val="20"/>
                    <w:szCs w:val="24"/>
                  </w:rPr>
                  <w:t>JJ / MM / AAAA</w:t>
                </w:r>
              </w:sdtContent>
            </w:sdt>
          </w:p>
        </w:tc>
      </w:tr>
    </w:tbl>
    <w:p w14:paraId="7F9A0851" w14:textId="77777777" w:rsidR="0057382D" w:rsidRDefault="0057382D" w:rsidP="0057382D">
      <w:pPr>
        <w:spacing w:after="0" w:line="240" w:lineRule="auto"/>
      </w:pP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3812"/>
        <w:gridCol w:w="6392"/>
      </w:tblGrid>
      <w:tr w:rsidR="0057382D" w14:paraId="618DD396" w14:textId="77777777" w:rsidTr="00190841">
        <w:trPr>
          <w:trHeight w:val="320"/>
        </w:trPr>
        <w:tc>
          <w:tcPr>
            <w:tcW w:w="3904" w:type="dxa"/>
            <w:shd w:val="clear" w:color="auto" w:fill="F28C7B"/>
            <w:tcMar>
              <w:top w:w="95" w:type="dxa"/>
              <w:left w:w="125" w:type="dxa"/>
              <w:bottom w:w="95" w:type="dxa"/>
              <w:right w:w="125" w:type="dxa"/>
            </w:tcMar>
            <w:vAlign w:val="center"/>
          </w:tcPr>
          <w:p w14:paraId="76A20B71" w14:textId="0839F725" w:rsidR="0057382D" w:rsidRDefault="00E17469" w:rsidP="00190841">
            <w:pPr>
              <w:spacing w:after="0" w:line="247" w:lineRule="auto"/>
              <w:jc w:val="center"/>
            </w:pPr>
            <w:r>
              <w:rPr>
                <w:rFonts w:cs="Verdana"/>
                <w:b/>
                <w:color w:val="FFFFFF"/>
                <w:sz w:val="22"/>
              </w:rPr>
              <w:t>2</w:t>
            </w:r>
          </w:p>
        </w:tc>
        <w:tc>
          <w:tcPr>
            <w:tcW w:w="6550" w:type="dxa"/>
            <w:shd w:val="clear" w:color="auto" w:fill="E8F7F5"/>
            <w:tcMar>
              <w:top w:w="95" w:type="dxa"/>
              <w:left w:w="125" w:type="dxa"/>
              <w:bottom w:w="95" w:type="dxa"/>
              <w:right w:w="125" w:type="dxa"/>
            </w:tcMar>
            <w:vAlign w:val="center"/>
          </w:tcPr>
          <w:p w14:paraId="419DE603" w14:textId="77777777" w:rsidR="0057382D" w:rsidRDefault="0057382D" w:rsidP="00190841">
            <w:pPr>
              <w:spacing w:after="0" w:line="247" w:lineRule="auto"/>
            </w:pPr>
            <w:r>
              <w:rPr>
                <w:rFonts w:cs="Verdana"/>
                <w:b/>
                <w:color w:val="075F64"/>
                <w:sz w:val="22"/>
              </w:rPr>
              <w:t xml:space="preserve">La situation </w:t>
            </w:r>
            <w:proofErr w:type="spellStart"/>
            <w:r>
              <w:rPr>
                <w:rFonts w:cs="Verdana"/>
                <w:b/>
                <w:color w:val="075F64"/>
                <w:sz w:val="22"/>
              </w:rPr>
              <w:t>familiale</w:t>
            </w:r>
            <w:proofErr w:type="spellEnd"/>
          </w:p>
        </w:tc>
      </w:tr>
    </w:tbl>
    <w:p w14:paraId="18FAFACF" w14:textId="77777777" w:rsidR="0057382D" w:rsidRPr="004A7A7B" w:rsidRDefault="0057382D" w:rsidP="0057382D">
      <w:pPr>
        <w:spacing w:before="60" w:after="60" w:line="252" w:lineRule="auto"/>
        <w:rPr>
          <w:sz w:val="20"/>
          <w:szCs w:val="24"/>
          <w:lang w:val="fr-FR"/>
        </w:rPr>
      </w:pPr>
      <w:r w:rsidRPr="004A7A7B">
        <w:rPr>
          <w:rFonts w:cs="Verdana"/>
          <w:b/>
          <w:sz w:val="20"/>
          <w:szCs w:val="24"/>
          <w:lang w:val="fr-FR"/>
        </w:rPr>
        <w:t xml:space="preserve">Situation familiale </w:t>
      </w:r>
      <w:proofErr w:type="gramStart"/>
      <w:r w:rsidRPr="004A7A7B">
        <w:rPr>
          <w:rFonts w:cs="Verdana"/>
          <w:b/>
          <w:sz w:val="20"/>
          <w:szCs w:val="24"/>
          <w:lang w:val="fr-FR"/>
        </w:rPr>
        <w:t xml:space="preserve">*  </w:t>
      </w:r>
      <w:r w:rsidRPr="004A7A7B">
        <w:rPr>
          <w:rFonts w:ascii="Segoe UI Symbol" w:hAnsi="Segoe UI Symbol" w:cs="Segoe UI Symbol"/>
          <w:sz w:val="20"/>
          <w:szCs w:val="24"/>
          <w:lang w:val="fr-FR"/>
        </w:rPr>
        <w:t>☐</w:t>
      </w:r>
      <w:proofErr w:type="gramEnd"/>
      <w:r w:rsidRPr="004A7A7B">
        <w:rPr>
          <w:rFonts w:cs="Verdana"/>
          <w:sz w:val="20"/>
          <w:szCs w:val="24"/>
          <w:lang w:val="fr-FR"/>
        </w:rPr>
        <w:t xml:space="preserve"> Mariés     </w:t>
      </w:r>
      <w:r w:rsidRPr="004A7A7B">
        <w:rPr>
          <w:rFonts w:ascii="Segoe UI Symbol" w:hAnsi="Segoe UI Symbol" w:cs="Segoe UI Symbol"/>
          <w:sz w:val="20"/>
          <w:szCs w:val="24"/>
          <w:lang w:val="fr-FR"/>
        </w:rPr>
        <w:t>☐</w:t>
      </w:r>
      <w:r w:rsidRPr="004A7A7B">
        <w:rPr>
          <w:rFonts w:cs="Verdana"/>
          <w:sz w:val="20"/>
          <w:szCs w:val="24"/>
          <w:lang w:val="fr-FR"/>
        </w:rPr>
        <w:t xml:space="preserve"> Vie maritale ou pacsés     </w:t>
      </w:r>
      <w:r w:rsidRPr="004A7A7B">
        <w:rPr>
          <w:rFonts w:ascii="Segoe UI Symbol" w:hAnsi="Segoe UI Symbol" w:cs="Segoe UI Symbol"/>
          <w:sz w:val="20"/>
          <w:szCs w:val="24"/>
          <w:lang w:val="fr-FR"/>
        </w:rPr>
        <w:t>☐</w:t>
      </w:r>
      <w:r w:rsidRPr="004A7A7B">
        <w:rPr>
          <w:rFonts w:cs="Verdana"/>
          <w:sz w:val="20"/>
          <w:szCs w:val="24"/>
          <w:lang w:val="fr-FR"/>
        </w:rPr>
        <w:t xml:space="preserve"> Famille monoparentale</w:t>
      </w:r>
    </w:p>
    <w:p w14:paraId="6F749E74" w14:textId="77777777" w:rsidR="0057382D" w:rsidRPr="004A7A7B" w:rsidRDefault="0057382D" w:rsidP="0057382D">
      <w:pPr>
        <w:spacing w:before="120" w:after="60" w:line="252" w:lineRule="auto"/>
        <w:rPr>
          <w:sz w:val="20"/>
          <w:szCs w:val="24"/>
          <w:lang w:val="fr-FR"/>
        </w:rPr>
      </w:pPr>
      <w:r w:rsidRPr="004A7A7B">
        <w:rPr>
          <w:rFonts w:cs="Verdana"/>
          <w:b/>
          <w:sz w:val="20"/>
          <w:szCs w:val="24"/>
          <w:lang w:val="fr-FR"/>
        </w:rPr>
        <w:t>Frères et sœurs à charge</w:t>
      </w:r>
    </w:p>
    <w:tbl>
      <w:tblPr>
        <w:tblW w:w="5000" w:type="pct"/>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Layout w:type="fixed"/>
        <w:tblLook w:val="04A0" w:firstRow="1" w:lastRow="0" w:firstColumn="1" w:lastColumn="0" w:noHBand="0" w:noVBand="1"/>
      </w:tblPr>
      <w:tblGrid>
        <w:gridCol w:w="2425"/>
        <w:gridCol w:w="2424"/>
        <w:gridCol w:w="2424"/>
        <w:gridCol w:w="2919"/>
      </w:tblGrid>
      <w:tr w:rsidR="0057382D" w:rsidRPr="004A7A7B" w14:paraId="00C0C29E" w14:textId="77777777" w:rsidTr="00190841">
        <w:trPr>
          <w:trHeight w:val="320"/>
        </w:trPr>
        <w:tc>
          <w:tcPr>
            <w:tcW w:w="2494" w:type="dxa"/>
            <w:shd w:val="clear" w:color="auto" w:fill="075F64"/>
            <w:tcMar>
              <w:top w:w="95" w:type="dxa"/>
              <w:left w:w="125" w:type="dxa"/>
              <w:bottom w:w="95" w:type="dxa"/>
              <w:right w:w="125" w:type="dxa"/>
            </w:tcMar>
            <w:vAlign w:val="center"/>
          </w:tcPr>
          <w:p w14:paraId="67EFBE60" w14:textId="77777777" w:rsidR="0057382D" w:rsidRPr="004A7A7B" w:rsidRDefault="0057382D" w:rsidP="00190841">
            <w:pPr>
              <w:spacing w:after="0" w:line="247" w:lineRule="auto"/>
              <w:jc w:val="center"/>
              <w:rPr>
                <w:sz w:val="20"/>
                <w:szCs w:val="28"/>
              </w:rPr>
            </w:pPr>
            <w:r w:rsidRPr="004A7A7B">
              <w:rPr>
                <w:rFonts w:cs="Verdana"/>
                <w:b/>
                <w:color w:val="FFFFFF"/>
                <w:sz w:val="20"/>
                <w:szCs w:val="28"/>
              </w:rPr>
              <w:t>Nom</w:t>
            </w:r>
          </w:p>
        </w:tc>
        <w:tc>
          <w:tcPr>
            <w:tcW w:w="2494" w:type="dxa"/>
            <w:shd w:val="clear" w:color="auto" w:fill="075F64"/>
            <w:tcMar>
              <w:top w:w="95" w:type="dxa"/>
              <w:left w:w="125" w:type="dxa"/>
              <w:bottom w:w="95" w:type="dxa"/>
              <w:right w:w="125" w:type="dxa"/>
            </w:tcMar>
            <w:vAlign w:val="center"/>
          </w:tcPr>
          <w:p w14:paraId="73675AFD" w14:textId="77777777" w:rsidR="0057382D" w:rsidRPr="004A7A7B" w:rsidRDefault="0057382D" w:rsidP="00190841">
            <w:pPr>
              <w:spacing w:after="0" w:line="247" w:lineRule="auto"/>
              <w:jc w:val="center"/>
              <w:rPr>
                <w:sz w:val="20"/>
                <w:szCs w:val="28"/>
              </w:rPr>
            </w:pPr>
            <w:proofErr w:type="spellStart"/>
            <w:r w:rsidRPr="004A7A7B">
              <w:rPr>
                <w:rFonts w:cs="Verdana"/>
                <w:b/>
                <w:color w:val="FFFFFF"/>
                <w:sz w:val="20"/>
                <w:szCs w:val="28"/>
              </w:rPr>
              <w:t>Prénom</w:t>
            </w:r>
            <w:proofErr w:type="spellEnd"/>
          </w:p>
        </w:tc>
        <w:tc>
          <w:tcPr>
            <w:tcW w:w="2494" w:type="dxa"/>
            <w:shd w:val="clear" w:color="auto" w:fill="075F64"/>
            <w:tcMar>
              <w:top w:w="95" w:type="dxa"/>
              <w:left w:w="125" w:type="dxa"/>
              <w:bottom w:w="95" w:type="dxa"/>
              <w:right w:w="125" w:type="dxa"/>
            </w:tcMar>
            <w:vAlign w:val="center"/>
          </w:tcPr>
          <w:p w14:paraId="5F1A8E40" w14:textId="77777777" w:rsidR="0057382D" w:rsidRPr="004A7A7B" w:rsidRDefault="0057382D" w:rsidP="00190841">
            <w:pPr>
              <w:spacing w:after="0" w:line="247" w:lineRule="auto"/>
              <w:jc w:val="center"/>
              <w:rPr>
                <w:sz w:val="20"/>
                <w:szCs w:val="28"/>
              </w:rPr>
            </w:pPr>
            <w:r w:rsidRPr="004A7A7B">
              <w:rPr>
                <w:rFonts w:cs="Verdana"/>
                <w:b/>
                <w:color w:val="FFFFFF"/>
                <w:sz w:val="20"/>
                <w:szCs w:val="28"/>
              </w:rPr>
              <w:t>Date de naissance</w:t>
            </w:r>
          </w:p>
        </w:tc>
        <w:tc>
          <w:tcPr>
            <w:tcW w:w="2494" w:type="dxa"/>
            <w:shd w:val="clear" w:color="auto" w:fill="075F64"/>
            <w:tcMar>
              <w:top w:w="95" w:type="dxa"/>
              <w:left w:w="125" w:type="dxa"/>
              <w:bottom w:w="95" w:type="dxa"/>
              <w:right w:w="125" w:type="dxa"/>
            </w:tcMar>
            <w:vAlign w:val="center"/>
          </w:tcPr>
          <w:p w14:paraId="18D00E49" w14:textId="77777777" w:rsidR="0057382D" w:rsidRPr="004A7A7B" w:rsidRDefault="0057382D" w:rsidP="00190841">
            <w:pPr>
              <w:spacing w:after="0" w:line="247" w:lineRule="auto"/>
              <w:jc w:val="center"/>
              <w:rPr>
                <w:sz w:val="20"/>
                <w:szCs w:val="28"/>
              </w:rPr>
            </w:pPr>
            <w:r w:rsidRPr="004A7A7B">
              <w:rPr>
                <w:rFonts w:cs="Verdana"/>
                <w:b/>
                <w:color w:val="FFFFFF"/>
                <w:sz w:val="20"/>
                <w:szCs w:val="28"/>
              </w:rPr>
              <w:t xml:space="preserve">Accueil </w:t>
            </w:r>
            <w:proofErr w:type="spellStart"/>
            <w:r w:rsidRPr="004A7A7B">
              <w:rPr>
                <w:rFonts w:cs="Verdana"/>
                <w:b/>
                <w:color w:val="FFFFFF"/>
                <w:sz w:val="20"/>
                <w:szCs w:val="28"/>
              </w:rPr>
              <w:t>actuel</w:t>
            </w:r>
            <w:proofErr w:type="spellEnd"/>
            <w:r w:rsidRPr="004A7A7B">
              <w:rPr>
                <w:rFonts w:cs="Verdana"/>
                <w:b/>
                <w:color w:val="FFFFFF"/>
                <w:sz w:val="20"/>
                <w:szCs w:val="28"/>
              </w:rPr>
              <w:t xml:space="preserve"> </w:t>
            </w:r>
            <w:proofErr w:type="spellStart"/>
            <w:r w:rsidRPr="004A7A7B">
              <w:rPr>
                <w:rFonts w:cs="Verdana"/>
                <w:b/>
                <w:color w:val="FFFFFF"/>
                <w:sz w:val="20"/>
                <w:szCs w:val="28"/>
              </w:rPr>
              <w:t>ou</w:t>
            </w:r>
            <w:proofErr w:type="spellEnd"/>
            <w:r w:rsidRPr="004A7A7B">
              <w:rPr>
                <w:rFonts w:cs="Verdana"/>
                <w:b/>
                <w:color w:val="FFFFFF"/>
                <w:sz w:val="20"/>
                <w:szCs w:val="28"/>
              </w:rPr>
              <w:t xml:space="preserve"> école</w:t>
            </w:r>
          </w:p>
        </w:tc>
      </w:tr>
      <w:tr w:rsidR="0057382D" w:rsidRPr="004A7A7B" w14:paraId="1EFD39DF" w14:textId="77777777" w:rsidTr="00190841">
        <w:trPr>
          <w:trHeight w:val="300"/>
        </w:trPr>
        <w:tc>
          <w:tcPr>
            <w:tcW w:w="2324" w:type="dxa"/>
            <w:shd w:val="clear" w:color="auto" w:fill="FFFFFF"/>
            <w:tcMar>
              <w:top w:w="95" w:type="dxa"/>
              <w:left w:w="125" w:type="dxa"/>
              <w:bottom w:w="95" w:type="dxa"/>
              <w:right w:w="125" w:type="dxa"/>
            </w:tcMar>
            <w:vAlign w:val="center"/>
          </w:tcPr>
          <w:p w14:paraId="7DF6CE6F" w14:textId="77777777" w:rsidR="0057382D" w:rsidRPr="004A7A7B" w:rsidRDefault="00370613" w:rsidP="00190841">
            <w:pPr>
              <w:spacing w:after="0" w:line="247" w:lineRule="auto"/>
              <w:rPr>
                <w:sz w:val="20"/>
                <w:szCs w:val="24"/>
              </w:rPr>
            </w:pPr>
            <w:sdt>
              <w:sdtPr>
                <w:rPr>
                  <w:sz w:val="20"/>
                  <w:szCs w:val="24"/>
                </w:rPr>
                <w:alias w:val="Cliquez ici"/>
                <w:tag w:val="Cliquez_ici"/>
                <w:id w:val="1448734084"/>
                <w:showingPlcHdr/>
                <w:text/>
              </w:sdtPr>
              <w:sdtEndPr/>
              <w:sdtContent>
                <w:r w:rsidR="0057382D" w:rsidRPr="004A7A7B">
                  <w:rPr>
                    <w:color w:val="788789"/>
                    <w:szCs w:val="24"/>
                  </w:rPr>
                  <w:t>Cliquez ici</w:t>
                </w:r>
              </w:sdtContent>
            </w:sdt>
          </w:p>
        </w:tc>
        <w:tc>
          <w:tcPr>
            <w:tcW w:w="2268" w:type="dxa"/>
            <w:shd w:val="clear" w:color="auto" w:fill="FFFFFF"/>
            <w:tcMar>
              <w:top w:w="95" w:type="dxa"/>
              <w:left w:w="125" w:type="dxa"/>
              <w:bottom w:w="95" w:type="dxa"/>
              <w:right w:w="125" w:type="dxa"/>
            </w:tcMar>
            <w:vAlign w:val="center"/>
          </w:tcPr>
          <w:p w14:paraId="005A6A85" w14:textId="77777777" w:rsidR="0057382D" w:rsidRPr="004A7A7B" w:rsidRDefault="00370613" w:rsidP="00190841">
            <w:pPr>
              <w:spacing w:after="0" w:line="247" w:lineRule="auto"/>
              <w:rPr>
                <w:sz w:val="20"/>
                <w:szCs w:val="24"/>
              </w:rPr>
            </w:pPr>
            <w:sdt>
              <w:sdtPr>
                <w:rPr>
                  <w:sz w:val="20"/>
                  <w:szCs w:val="24"/>
                </w:rPr>
                <w:alias w:val="Cliquez ici"/>
                <w:tag w:val="Cliquez_ici"/>
                <w:id w:val="1394544678"/>
                <w:showingPlcHdr/>
                <w:text/>
              </w:sdtPr>
              <w:sdtEndPr/>
              <w:sdtContent>
                <w:r w:rsidR="0057382D" w:rsidRPr="004A7A7B">
                  <w:rPr>
                    <w:color w:val="788789"/>
                    <w:szCs w:val="24"/>
                  </w:rPr>
                  <w:t>Cliquez ici</w:t>
                </w:r>
              </w:sdtContent>
            </w:sdt>
          </w:p>
        </w:tc>
        <w:tc>
          <w:tcPr>
            <w:tcW w:w="2041" w:type="dxa"/>
            <w:shd w:val="clear" w:color="auto" w:fill="FFFFFF"/>
            <w:tcMar>
              <w:top w:w="95" w:type="dxa"/>
              <w:left w:w="125" w:type="dxa"/>
              <w:bottom w:w="95" w:type="dxa"/>
              <w:right w:w="125" w:type="dxa"/>
            </w:tcMar>
            <w:vAlign w:val="center"/>
          </w:tcPr>
          <w:p w14:paraId="27B52871" w14:textId="77777777" w:rsidR="0057382D" w:rsidRPr="004A7A7B" w:rsidRDefault="00370613" w:rsidP="00190841">
            <w:pPr>
              <w:spacing w:after="0" w:line="247" w:lineRule="auto"/>
              <w:rPr>
                <w:sz w:val="20"/>
                <w:szCs w:val="24"/>
              </w:rPr>
            </w:pPr>
            <w:sdt>
              <w:sdtPr>
                <w:rPr>
                  <w:sz w:val="20"/>
                  <w:szCs w:val="24"/>
                </w:rPr>
                <w:alias w:val="Cliquez ici"/>
                <w:tag w:val="Cliquez_ici"/>
                <w:id w:val="-1063638882"/>
                <w:showingPlcHdr/>
                <w:text/>
              </w:sdtPr>
              <w:sdtEndPr/>
              <w:sdtContent>
                <w:r w:rsidR="0057382D" w:rsidRPr="004A7A7B">
                  <w:rPr>
                    <w:color w:val="788789"/>
                    <w:szCs w:val="24"/>
                  </w:rPr>
                  <w:t>Cliquez ici</w:t>
                </w:r>
              </w:sdtContent>
            </w:sdt>
          </w:p>
        </w:tc>
        <w:tc>
          <w:tcPr>
            <w:tcW w:w="3005" w:type="dxa"/>
            <w:shd w:val="clear" w:color="auto" w:fill="FFFFFF"/>
            <w:tcMar>
              <w:top w:w="95" w:type="dxa"/>
              <w:left w:w="125" w:type="dxa"/>
              <w:bottom w:w="95" w:type="dxa"/>
              <w:right w:w="125" w:type="dxa"/>
            </w:tcMar>
            <w:vAlign w:val="center"/>
          </w:tcPr>
          <w:p w14:paraId="6BDD2C66" w14:textId="77777777" w:rsidR="0057382D" w:rsidRPr="004A7A7B" w:rsidRDefault="00370613" w:rsidP="00190841">
            <w:pPr>
              <w:spacing w:after="0" w:line="247" w:lineRule="auto"/>
              <w:rPr>
                <w:sz w:val="20"/>
                <w:szCs w:val="24"/>
              </w:rPr>
            </w:pPr>
            <w:sdt>
              <w:sdtPr>
                <w:rPr>
                  <w:sz w:val="20"/>
                  <w:szCs w:val="24"/>
                </w:rPr>
                <w:alias w:val="Cliquez ici"/>
                <w:tag w:val="Cliquez_ici"/>
                <w:id w:val="-1825570705"/>
                <w:showingPlcHdr/>
                <w:text/>
              </w:sdtPr>
              <w:sdtEndPr/>
              <w:sdtContent>
                <w:r w:rsidR="0057382D" w:rsidRPr="004A7A7B">
                  <w:rPr>
                    <w:color w:val="788789"/>
                    <w:szCs w:val="24"/>
                  </w:rPr>
                  <w:t>Cliquez ici</w:t>
                </w:r>
              </w:sdtContent>
            </w:sdt>
          </w:p>
        </w:tc>
      </w:tr>
      <w:tr w:rsidR="0057382D" w:rsidRPr="004A7A7B" w14:paraId="48037CA1" w14:textId="77777777" w:rsidTr="00190841">
        <w:trPr>
          <w:trHeight w:val="300"/>
        </w:trPr>
        <w:tc>
          <w:tcPr>
            <w:tcW w:w="2324" w:type="dxa"/>
            <w:shd w:val="clear" w:color="auto" w:fill="FFFFFF"/>
            <w:tcMar>
              <w:top w:w="95" w:type="dxa"/>
              <w:left w:w="125" w:type="dxa"/>
              <w:bottom w:w="95" w:type="dxa"/>
              <w:right w:w="125" w:type="dxa"/>
            </w:tcMar>
            <w:vAlign w:val="center"/>
          </w:tcPr>
          <w:p w14:paraId="73A1DA61" w14:textId="77777777" w:rsidR="0057382D" w:rsidRPr="004A7A7B" w:rsidRDefault="00370613" w:rsidP="00190841">
            <w:pPr>
              <w:spacing w:after="0" w:line="247" w:lineRule="auto"/>
              <w:rPr>
                <w:sz w:val="20"/>
                <w:szCs w:val="24"/>
              </w:rPr>
            </w:pPr>
            <w:sdt>
              <w:sdtPr>
                <w:rPr>
                  <w:sz w:val="20"/>
                  <w:szCs w:val="24"/>
                </w:rPr>
                <w:alias w:val="Cliquez ici"/>
                <w:tag w:val="Cliquez_ici"/>
                <w:id w:val="-265928950"/>
                <w:showingPlcHdr/>
                <w:text/>
              </w:sdtPr>
              <w:sdtEndPr/>
              <w:sdtContent>
                <w:r w:rsidR="0057382D" w:rsidRPr="004A7A7B">
                  <w:rPr>
                    <w:color w:val="788789"/>
                    <w:szCs w:val="24"/>
                  </w:rPr>
                  <w:t>Cliquez ici</w:t>
                </w:r>
              </w:sdtContent>
            </w:sdt>
          </w:p>
        </w:tc>
        <w:tc>
          <w:tcPr>
            <w:tcW w:w="2268" w:type="dxa"/>
            <w:shd w:val="clear" w:color="auto" w:fill="FFFFFF"/>
            <w:tcMar>
              <w:top w:w="95" w:type="dxa"/>
              <w:left w:w="125" w:type="dxa"/>
              <w:bottom w:w="95" w:type="dxa"/>
              <w:right w:w="125" w:type="dxa"/>
            </w:tcMar>
            <w:vAlign w:val="center"/>
          </w:tcPr>
          <w:p w14:paraId="2343A830" w14:textId="77777777" w:rsidR="0057382D" w:rsidRPr="004A7A7B" w:rsidRDefault="00370613" w:rsidP="00190841">
            <w:pPr>
              <w:spacing w:after="0" w:line="247" w:lineRule="auto"/>
              <w:rPr>
                <w:sz w:val="20"/>
                <w:szCs w:val="24"/>
              </w:rPr>
            </w:pPr>
            <w:sdt>
              <w:sdtPr>
                <w:rPr>
                  <w:sz w:val="20"/>
                  <w:szCs w:val="24"/>
                </w:rPr>
                <w:alias w:val="Cliquez ici"/>
                <w:tag w:val="Cliquez_ici"/>
                <w:id w:val="-1252734887"/>
                <w:showingPlcHdr/>
                <w:text/>
              </w:sdtPr>
              <w:sdtEndPr/>
              <w:sdtContent>
                <w:r w:rsidR="0057382D" w:rsidRPr="004A7A7B">
                  <w:rPr>
                    <w:color w:val="788789"/>
                    <w:szCs w:val="24"/>
                  </w:rPr>
                  <w:t>Cliquez ici</w:t>
                </w:r>
              </w:sdtContent>
            </w:sdt>
          </w:p>
        </w:tc>
        <w:tc>
          <w:tcPr>
            <w:tcW w:w="2041" w:type="dxa"/>
            <w:shd w:val="clear" w:color="auto" w:fill="FFFFFF"/>
            <w:tcMar>
              <w:top w:w="95" w:type="dxa"/>
              <w:left w:w="125" w:type="dxa"/>
              <w:bottom w:w="95" w:type="dxa"/>
              <w:right w:w="125" w:type="dxa"/>
            </w:tcMar>
            <w:vAlign w:val="center"/>
          </w:tcPr>
          <w:p w14:paraId="7597F11B" w14:textId="77777777" w:rsidR="0057382D" w:rsidRPr="004A7A7B" w:rsidRDefault="00370613" w:rsidP="00190841">
            <w:pPr>
              <w:spacing w:after="0" w:line="247" w:lineRule="auto"/>
              <w:rPr>
                <w:sz w:val="20"/>
                <w:szCs w:val="24"/>
              </w:rPr>
            </w:pPr>
            <w:sdt>
              <w:sdtPr>
                <w:rPr>
                  <w:sz w:val="20"/>
                  <w:szCs w:val="24"/>
                </w:rPr>
                <w:alias w:val="Cliquez ici"/>
                <w:tag w:val="Cliquez_ici"/>
                <w:id w:val="1393007094"/>
                <w:showingPlcHdr/>
                <w:text/>
              </w:sdtPr>
              <w:sdtEndPr/>
              <w:sdtContent>
                <w:r w:rsidR="0057382D" w:rsidRPr="004A7A7B">
                  <w:rPr>
                    <w:color w:val="788789"/>
                    <w:szCs w:val="24"/>
                  </w:rPr>
                  <w:t>Cliquez ici</w:t>
                </w:r>
              </w:sdtContent>
            </w:sdt>
          </w:p>
        </w:tc>
        <w:tc>
          <w:tcPr>
            <w:tcW w:w="3005" w:type="dxa"/>
            <w:shd w:val="clear" w:color="auto" w:fill="FFFFFF"/>
            <w:tcMar>
              <w:top w:w="95" w:type="dxa"/>
              <w:left w:w="125" w:type="dxa"/>
              <w:bottom w:w="95" w:type="dxa"/>
              <w:right w:w="125" w:type="dxa"/>
            </w:tcMar>
            <w:vAlign w:val="center"/>
          </w:tcPr>
          <w:p w14:paraId="61099770" w14:textId="77777777" w:rsidR="0057382D" w:rsidRPr="004A7A7B" w:rsidRDefault="00370613" w:rsidP="00190841">
            <w:pPr>
              <w:spacing w:after="0" w:line="247" w:lineRule="auto"/>
              <w:rPr>
                <w:sz w:val="20"/>
                <w:szCs w:val="24"/>
              </w:rPr>
            </w:pPr>
            <w:sdt>
              <w:sdtPr>
                <w:rPr>
                  <w:sz w:val="20"/>
                  <w:szCs w:val="24"/>
                </w:rPr>
                <w:alias w:val="Cliquez ici"/>
                <w:tag w:val="Cliquez_ici"/>
                <w:id w:val="-788653043"/>
                <w:showingPlcHdr/>
                <w:text/>
              </w:sdtPr>
              <w:sdtEndPr/>
              <w:sdtContent>
                <w:r w:rsidR="0057382D" w:rsidRPr="004A7A7B">
                  <w:rPr>
                    <w:color w:val="788789"/>
                    <w:szCs w:val="24"/>
                  </w:rPr>
                  <w:t>Cliquez ici</w:t>
                </w:r>
              </w:sdtContent>
            </w:sdt>
          </w:p>
        </w:tc>
      </w:tr>
      <w:tr w:rsidR="0057382D" w:rsidRPr="004A7A7B" w14:paraId="4CBD2C1B" w14:textId="77777777" w:rsidTr="00190841">
        <w:trPr>
          <w:trHeight w:val="300"/>
        </w:trPr>
        <w:tc>
          <w:tcPr>
            <w:tcW w:w="2324" w:type="dxa"/>
            <w:shd w:val="clear" w:color="auto" w:fill="FFFFFF"/>
            <w:tcMar>
              <w:top w:w="95" w:type="dxa"/>
              <w:left w:w="125" w:type="dxa"/>
              <w:bottom w:w="95" w:type="dxa"/>
              <w:right w:w="125" w:type="dxa"/>
            </w:tcMar>
            <w:vAlign w:val="center"/>
          </w:tcPr>
          <w:p w14:paraId="48D0F744" w14:textId="77777777" w:rsidR="0057382D" w:rsidRPr="004A7A7B" w:rsidRDefault="00370613" w:rsidP="00190841">
            <w:pPr>
              <w:spacing w:after="0" w:line="247" w:lineRule="auto"/>
              <w:rPr>
                <w:sz w:val="20"/>
                <w:szCs w:val="24"/>
              </w:rPr>
            </w:pPr>
            <w:sdt>
              <w:sdtPr>
                <w:rPr>
                  <w:sz w:val="20"/>
                  <w:szCs w:val="24"/>
                </w:rPr>
                <w:alias w:val="Cliquez ici"/>
                <w:tag w:val="Cliquez_ici"/>
                <w:id w:val="-1664621795"/>
                <w:showingPlcHdr/>
                <w:text/>
              </w:sdtPr>
              <w:sdtEndPr/>
              <w:sdtContent>
                <w:r w:rsidR="0057382D" w:rsidRPr="004A7A7B">
                  <w:rPr>
                    <w:color w:val="788789"/>
                    <w:szCs w:val="24"/>
                  </w:rPr>
                  <w:t>Cliquez ici</w:t>
                </w:r>
              </w:sdtContent>
            </w:sdt>
          </w:p>
        </w:tc>
        <w:tc>
          <w:tcPr>
            <w:tcW w:w="2268" w:type="dxa"/>
            <w:shd w:val="clear" w:color="auto" w:fill="FFFFFF"/>
            <w:tcMar>
              <w:top w:w="95" w:type="dxa"/>
              <w:left w:w="125" w:type="dxa"/>
              <w:bottom w:w="95" w:type="dxa"/>
              <w:right w:w="125" w:type="dxa"/>
            </w:tcMar>
            <w:vAlign w:val="center"/>
          </w:tcPr>
          <w:p w14:paraId="13AAD02F" w14:textId="77777777" w:rsidR="0057382D" w:rsidRPr="004A7A7B" w:rsidRDefault="00370613" w:rsidP="00190841">
            <w:pPr>
              <w:spacing w:after="0" w:line="247" w:lineRule="auto"/>
              <w:rPr>
                <w:sz w:val="20"/>
                <w:szCs w:val="24"/>
              </w:rPr>
            </w:pPr>
            <w:sdt>
              <w:sdtPr>
                <w:rPr>
                  <w:sz w:val="20"/>
                  <w:szCs w:val="24"/>
                </w:rPr>
                <w:alias w:val="Cliquez ici"/>
                <w:tag w:val="Cliquez_ici"/>
                <w:id w:val="1151248953"/>
                <w:showingPlcHdr/>
                <w:text/>
              </w:sdtPr>
              <w:sdtEndPr/>
              <w:sdtContent>
                <w:r w:rsidR="0057382D" w:rsidRPr="004A7A7B">
                  <w:rPr>
                    <w:color w:val="788789"/>
                    <w:szCs w:val="24"/>
                  </w:rPr>
                  <w:t>Cliquez ici</w:t>
                </w:r>
              </w:sdtContent>
            </w:sdt>
          </w:p>
        </w:tc>
        <w:tc>
          <w:tcPr>
            <w:tcW w:w="2041" w:type="dxa"/>
            <w:shd w:val="clear" w:color="auto" w:fill="FFFFFF"/>
            <w:tcMar>
              <w:top w:w="95" w:type="dxa"/>
              <w:left w:w="125" w:type="dxa"/>
              <w:bottom w:w="95" w:type="dxa"/>
              <w:right w:w="125" w:type="dxa"/>
            </w:tcMar>
            <w:vAlign w:val="center"/>
          </w:tcPr>
          <w:p w14:paraId="1B0164CE" w14:textId="77777777" w:rsidR="0057382D" w:rsidRPr="004A7A7B" w:rsidRDefault="00370613" w:rsidP="00190841">
            <w:pPr>
              <w:spacing w:after="0" w:line="247" w:lineRule="auto"/>
              <w:rPr>
                <w:sz w:val="20"/>
                <w:szCs w:val="24"/>
              </w:rPr>
            </w:pPr>
            <w:sdt>
              <w:sdtPr>
                <w:rPr>
                  <w:sz w:val="20"/>
                  <w:szCs w:val="24"/>
                </w:rPr>
                <w:alias w:val="Cliquez ici"/>
                <w:tag w:val="Cliquez_ici"/>
                <w:id w:val="-1191681501"/>
                <w:showingPlcHdr/>
                <w:text/>
              </w:sdtPr>
              <w:sdtEndPr/>
              <w:sdtContent>
                <w:r w:rsidR="0057382D" w:rsidRPr="004A7A7B">
                  <w:rPr>
                    <w:color w:val="788789"/>
                    <w:szCs w:val="24"/>
                  </w:rPr>
                  <w:t>Cliquez ici</w:t>
                </w:r>
              </w:sdtContent>
            </w:sdt>
          </w:p>
        </w:tc>
        <w:tc>
          <w:tcPr>
            <w:tcW w:w="3005" w:type="dxa"/>
            <w:shd w:val="clear" w:color="auto" w:fill="FFFFFF"/>
            <w:tcMar>
              <w:top w:w="95" w:type="dxa"/>
              <w:left w:w="125" w:type="dxa"/>
              <w:bottom w:w="95" w:type="dxa"/>
              <w:right w:w="125" w:type="dxa"/>
            </w:tcMar>
            <w:vAlign w:val="center"/>
          </w:tcPr>
          <w:p w14:paraId="1F85027D" w14:textId="77777777" w:rsidR="0057382D" w:rsidRPr="004A7A7B" w:rsidRDefault="00370613" w:rsidP="00190841">
            <w:pPr>
              <w:spacing w:after="0" w:line="247" w:lineRule="auto"/>
              <w:rPr>
                <w:sz w:val="20"/>
                <w:szCs w:val="24"/>
              </w:rPr>
            </w:pPr>
            <w:sdt>
              <w:sdtPr>
                <w:rPr>
                  <w:sz w:val="20"/>
                  <w:szCs w:val="24"/>
                </w:rPr>
                <w:alias w:val="Cliquez ici"/>
                <w:tag w:val="Cliquez_ici"/>
                <w:id w:val="675696984"/>
                <w:showingPlcHdr/>
                <w:text/>
              </w:sdtPr>
              <w:sdtEndPr/>
              <w:sdtContent>
                <w:r w:rsidR="0057382D" w:rsidRPr="004A7A7B">
                  <w:rPr>
                    <w:color w:val="788789"/>
                    <w:szCs w:val="24"/>
                  </w:rPr>
                  <w:t>Cliquez ici</w:t>
                </w:r>
              </w:sdtContent>
            </w:sdt>
          </w:p>
        </w:tc>
      </w:tr>
    </w:tbl>
    <w:p w14:paraId="1A65DF49" w14:textId="77777777" w:rsidR="003C15A5" w:rsidRDefault="003C15A5">
      <w:pPr>
        <w:spacing w:before="140" w:after="40" w:line="252" w:lineRule="auto"/>
      </w:pPr>
    </w:p>
    <w:p w14:paraId="1FC0D953" w14:textId="77777777" w:rsidR="00780EDC" w:rsidRDefault="00780EDC">
      <w:pPr>
        <w:spacing w:before="140" w:after="40" w:line="252" w:lineRule="auto"/>
      </w:pPr>
    </w:p>
    <w:p w14:paraId="142247ED" w14:textId="77777777" w:rsidR="00A570F3" w:rsidRDefault="00A570F3">
      <w:pPr>
        <w:spacing w:before="140" w:after="40" w:line="252" w:lineRule="auto"/>
      </w:pPr>
    </w:p>
    <w:p w14:paraId="68A08C20" w14:textId="77777777" w:rsidR="00780EDC" w:rsidRDefault="00780EDC">
      <w:pPr>
        <w:spacing w:before="140" w:after="40" w:line="252" w:lineRule="auto"/>
      </w:pPr>
    </w:p>
    <w:tbl>
      <w:tblPr>
        <w:tblW w:w="5009"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3166"/>
        <w:gridCol w:w="3460"/>
        <w:gridCol w:w="3596"/>
      </w:tblGrid>
      <w:tr w:rsidR="003C15A5" w14:paraId="7A60030D" w14:textId="77777777" w:rsidTr="0057382D">
        <w:trPr>
          <w:trHeight w:val="320"/>
        </w:trPr>
        <w:tc>
          <w:tcPr>
            <w:tcW w:w="3243" w:type="dxa"/>
            <w:shd w:val="clear" w:color="auto" w:fill="F28C7B"/>
            <w:tcMar>
              <w:top w:w="95" w:type="dxa"/>
              <w:left w:w="125" w:type="dxa"/>
              <w:bottom w:w="95" w:type="dxa"/>
              <w:right w:w="125" w:type="dxa"/>
            </w:tcMar>
            <w:vAlign w:val="center"/>
          </w:tcPr>
          <w:p w14:paraId="5133A0DA" w14:textId="31668C96" w:rsidR="003C15A5" w:rsidRDefault="00E17469">
            <w:pPr>
              <w:spacing w:after="0" w:line="247" w:lineRule="auto"/>
              <w:jc w:val="center"/>
            </w:pPr>
            <w:r>
              <w:rPr>
                <w:rFonts w:cs="Verdana"/>
                <w:b/>
                <w:color w:val="FFFFFF"/>
                <w:sz w:val="22"/>
              </w:rPr>
              <w:t>3</w:t>
            </w:r>
          </w:p>
        </w:tc>
        <w:tc>
          <w:tcPr>
            <w:tcW w:w="7230" w:type="dxa"/>
            <w:gridSpan w:val="2"/>
            <w:shd w:val="clear" w:color="auto" w:fill="FDEBE7"/>
            <w:tcMar>
              <w:top w:w="95" w:type="dxa"/>
              <w:left w:w="125" w:type="dxa"/>
              <w:bottom w:w="95" w:type="dxa"/>
              <w:right w:w="125" w:type="dxa"/>
            </w:tcMar>
            <w:vAlign w:val="center"/>
          </w:tcPr>
          <w:p w14:paraId="44AEA0EA" w14:textId="77777777" w:rsidR="003C15A5" w:rsidRDefault="00370613">
            <w:pPr>
              <w:spacing w:after="0" w:line="247" w:lineRule="auto"/>
            </w:pPr>
            <w:r>
              <w:rPr>
                <w:rFonts w:cs="Verdana"/>
                <w:b/>
                <w:color w:val="075F64"/>
                <w:sz w:val="22"/>
              </w:rPr>
              <w:t>Les responsables légaux</w:t>
            </w:r>
          </w:p>
        </w:tc>
      </w:tr>
      <w:tr w:rsidR="003C15A5" w14:paraId="77EFCE43" w14:textId="77777777" w:rsidTr="0057382D">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rPr>
          <w:trHeight w:val="320"/>
        </w:trPr>
        <w:tc>
          <w:tcPr>
            <w:tcW w:w="3243" w:type="dxa"/>
            <w:shd w:val="clear" w:color="auto" w:fill="075F64"/>
            <w:tcMar>
              <w:top w:w="95" w:type="dxa"/>
              <w:left w:w="125" w:type="dxa"/>
              <w:bottom w:w="95" w:type="dxa"/>
              <w:right w:w="125" w:type="dxa"/>
            </w:tcMar>
            <w:vAlign w:val="center"/>
          </w:tcPr>
          <w:p w14:paraId="506205F4" w14:textId="77777777" w:rsidR="003C15A5" w:rsidRPr="004A7A7B" w:rsidRDefault="00370613">
            <w:pPr>
              <w:spacing w:after="0" w:line="247" w:lineRule="auto"/>
              <w:jc w:val="center"/>
              <w:rPr>
                <w:sz w:val="20"/>
                <w:szCs w:val="24"/>
              </w:rPr>
            </w:pPr>
            <w:r w:rsidRPr="004A7A7B">
              <w:rPr>
                <w:rFonts w:cs="Verdana"/>
                <w:b/>
                <w:color w:val="FFFFFF"/>
                <w:sz w:val="20"/>
                <w:szCs w:val="24"/>
              </w:rPr>
              <w:t>Coordonnées</w:t>
            </w:r>
          </w:p>
        </w:tc>
        <w:tc>
          <w:tcPr>
            <w:tcW w:w="3545" w:type="dxa"/>
            <w:shd w:val="clear" w:color="auto" w:fill="075F64"/>
            <w:tcMar>
              <w:top w:w="95" w:type="dxa"/>
              <w:left w:w="125" w:type="dxa"/>
              <w:bottom w:w="95" w:type="dxa"/>
              <w:right w:w="125" w:type="dxa"/>
            </w:tcMar>
            <w:vAlign w:val="center"/>
          </w:tcPr>
          <w:p w14:paraId="5B8B41C6" w14:textId="77777777" w:rsidR="003C15A5" w:rsidRPr="004A7A7B" w:rsidRDefault="00370613">
            <w:pPr>
              <w:spacing w:after="0" w:line="247" w:lineRule="auto"/>
              <w:jc w:val="center"/>
              <w:rPr>
                <w:sz w:val="20"/>
                <w:szCs w:val="24"/>
              </w:rPr>
            </w:pPr>
            <w:r w:rsidRPr="004A7A7B">
              <w:rPr>
                <w:rFonts w:cs="Verdana"/>
                <w:b/>
                <w:color w:val="FFFFFF"/>
                <w:sz w:val="20"/>
                <w:szCs w:val="24"/>
              </w:rPr>
              <w:t xml:space="preserve">Responsable </w:t>
            </w:r>
            <w:proofErr w:type="spellStart"/>
            <w:r w:rsidRPr="004A7A7B">
              <w:rPr>
                <w:rFonts w:cs="Verdana"/>
                <w:b/>
                <w:color w:val="FFFFFF"/>
                <w:sz w:val="20"/>
                <w:szCs w:val="24"/>
              </w:rPr>
              <w:t>légal</w:t>
            </w:r>
            <w:proofErr w:type="spellEnd"/>
            <w:r w:rsidRPr="004A7A7B">
              <w:rPr>
                <w:rFonts w:cs="Verdana"/>
                <w:b/>
                <w:color w:val="FFFFFF"/>
                <w:sz w:val="20"/>
                <w:szCs w:val="24"/>
              </w:rPr>
              <w:t xml:space="preserve"> 1</w:t>
            </w:r>
          </w:p>
        </w:tc>
        <w:tc>
          <w:tcPr>
            <w:tcW w:w="3685" w:type="dxa"/>
            <w:shd w:val="clear" w:color="auto" w:fill="075F64"/>
            <w:tcMar>
              <w:top w:w="95" w:type="dxa"/>
              <w:left w:w="125" w:type="dxa"/>
              <w:bottom w:w="95" w:type="dxa"/>
              <w:right w:w="125" w:type="dxa"/>
            </w:tcMar>
            <w:vAlign w:val="center"/>
          </w:tcPr>
          <w:p w14:paraId="0867247F" w14:textId="77777777" w:rsidR="003C15A5" w:rsidRPr="004A7A7B" w:rsidRDefault="00370613">
            <w:pPr>
              <w:spacing w:after="0" w:line="247" w:lineRule="auto"/>
              <w:jc w:val="center"/>
              <w:rPr>
                <w:sz w:val="20"/>
                <w:szCs w:val="24"/>
              </w:rPr>
            </w:pPr>
            <w:r w:rsidRPr="004A7A7B">
              <w:rPr>
                <w:rFonts w:cs="Verdana"/>
                <w:b/>
                <w:color w:val="FFFFFF"/>
                <w:sz w:val="20"/>
                <w:szCs w:val="24"/>
              </w:rPr>
              <w:t xml:space="preserve">Responsable </w:t>
            </w:r>
            <w:proofErr w:type="spellStart"/>
            <w:r w:rsidRPr="004A7A7B">
              <w:rPr>
                <w:rFonts w:cs="Verdana"/>
                <w:b/>
                <w:color w:val="FFFFFF"/>
                <w:sz w:val="20"/>
                <w:szCs w:val="24"/>
              </w:rPr>
              <w:t>légal</w:t>
            </w:r>
            <w:proofErr w:type="spellEnd"/>
            <w:r w:rsidRPr="004A7A7B">
              <w:rPr>
                <w:rFonts w:cs="Verdana"/>
                <w:b/>
                <w:color w:val="FFFFFF"/>
                <w:sz w:val="20"/>
                <w:szCs w:val="24"/>
              </w:rPr>
              <w:t xml:space="preserve"> 2</w:t>
            </w:r>
          </w:p>
        </w:tc>
      </w:tr>
      <w:tr w:rsidR="003C15A5" w14:paraId="0A75D43C" w14:textId="77777777" w:rsidTr="0057382D">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rPr>
          <w:trHeight w:val="300"/>
        </w:trPr>
        <w:tc>
          <w:tcPr>
            <w:tcW w:w="3243" w:type="dxa"/>
            <w:shd w:val="clear" w:color="auto" w:fill="F6F8F7"/>
            <w:tcMar>
              <w:top w:w="95" w:type="dxa"/>
              <w:left w:w="125" w:type="dxa"/>
              <w:bottom w:w="95" w:type="dxa"/>
              <w:right w:w="125" w:type="dxa"/>
            </w:tcMar>
            <w:vAlign w:val="center"/>
          </w:tcPr>
          <w:p w14:paraId="45C8CE09" w14:textId="77777777" w:rsidR="003C15A5" w:rsidRPr="004A7A7B" w:rsidRDefault="00370613">
            <w:pPr>
              <w:spacing w:after="0" w:line="247" w:lineRule="auto"/>
              <w:rPr>
                <w:sz w:val="20"/>
                <w:szCs w:val="24"/>
              </w:rPr>
            </w:pPr>
            <w:r w:rsidRPr="004A7A7B">
              <w:rPr>
                <w:rFonts w:cs="Verdana"/>
                <w:b/>
                <w:sz w:val="20"/>
                <w:szCs w:val="24"/>
              </w:rPr>
              <w:t>Nom *</w:t>
            </w:r>
          </w:p>
        </w:tc>
        <w:tc>
          <w:tcPr>
            <w:tcW w:w="3545" w:type="dxa"/>
            <w:shd w:val="clear" w:color="auto" w:fill="FFFFFF"/>
            <w:tcMar>
              <w:top w:w="95" w:type="dxa"/>
              <w:left w:w="125" w:type="dxa"/>
              <w:bottom w:w="95" w:type="dxa"/>
              <w:right w:w="125" w:type="dxa"/>
            </w:tcMar>
            <w:vAlign w:val="center"/>
          </w:tcPr>
          <w:p w14:paraId="4395061D" w14:textId="77777777" w:rsidR="003C15A5" w:rsidRPr="004A7A7B" w:rsidRDefault="00370613">
            <w:pPr>
              <w:spacing w:after="0" w:line="247" w:lineRule="auto"/>
              <w:rPr>
                <w:sz w:val="20"/>
                <w:szCs w:val="24"/>
              </w:rPr>
            </w:pPr>
            <w:sdt>
              <w:sdtPr>
                <w:rPr>
                  <w:sz w:val="20"/>
                  <w:szCs w:val="24"/>
                </w:rPr>
                <w:alias w:val="Cliquez ici"/>
                <w:tag w:val="Cliquez_ici"/>
                <w:id w:val="-558782023"/>
                <w:showingPlcHdr/>
                <w:text/>
              </w:sdtPr>
              <w:sdtEndPr/>
              <w:sdtContent>
                <w:r w:rsidRPr="004A7A7B">
                  <w:rPr>
                    <w:color w:val="788789"/>
                    <w:sz w:val="20"/>
                    <w:szCs w:val="24"/>
                  </w:rPr>
                  <w:t>Cliquez ici</w:t>
                </w:r>
              </w:sdtContent>
            </w:sdt>
          </w:p>
        </w:tc>
        <w:tc>
          <w:tcPr>
            <w:tcW w:w="3685" w:type="dxa"/>
            <w:shd w:val="clear" w:color="auto" w:fill="FFFFFF"/>
            <w:tcMar>
              <w:top w:w="95" w:type="dxa"/>
              <w:left w:w="125" w:type="dxa"/>
              <w:bottom w:w="95" w:type="dxa"/>
              <w:right w:w="125" w:type="dxa"/>
            </w:tcMar>
            <w:vAlign w:val="center"/>
          </w:tcPr>
          <w:p w14:paraId="47184E04" w14:textId="77777777" w:rsidR="003C15A5" w:rsidRPr="004A7A7B" w:rsidRDefault="00370613">
            <w:pPr>
              <w:spacing w:after="0" w:line="247" w:lineRule="auto"/>
              <w:rPr>
                <w:sz w:val="20"/>
                <w:szCs w:val="24"/>
              </w:rPr>
            </w:pPr>
            <w:sdt>
              <w:sdtPr>
                <w:rPr>
                  <w:sz w:val="20"/>
                  <w:szCs w:val="24"/>
                </w:rPr>
                <w:alias w:val="Cliquez ici"/>
                <w:tag w:val="Cliquez_ici"/>
                <w:id w:val="2000694295"/>
                <w:showingPlcHdr/>
                <w:text/>
              </w:sdtPr>
              <w:sdtEndPr/>
              <w:sdtContent>
                <w:r w:rsidRPr="004A7A7B">
                  <w:rPr>
                    <w:color w:val="788789"/>
                    <w:sz w:val="20"/>
                    <w:szCs w:val="24"/>
                  </w:rPr>
                  <w:t>Cliquez ici</w:t>
                </w:r>
              </w:sdtContent>
            </w:sdt>
          </w:p>
        </w:tc>
      </w:tr>
      <w:tr w:rsidR="003C15A5" w14:paraId="2D15A5CE" w14:textId="77777777" w:rsidTr="0057382D">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rPr>
          <w:trHeight w:val="300"/>
        </w:trPr>
        <w:tc>
          <w:tcPr>
            <w:tcW w:w="3243" w:type="dxa"/>
            <w:shd w:val="clear" w:color="auto" w:fill="F6F8F7"/>
            <w:tcMar>
              <w:top w:w="95" w:type="dxa"/>
              <w:left w:w="125" w:type="dxa"/>
              <w:bottom w:w="95" w:type="dxa"/>
              <w:right w:w="125" w:type="dxa"/>
            </w:tcMar>
            <w:vAlign w:val="center"/>
          </w:tcPr>
          <w:p w14:paraId="655BC109" w14:textId="77777777" w:rsidR="003C15A5" w:rsidRPr="004A7A7B" w:rsidRDefault="00370613">
            <w:pPr>
              <w:spacing w:after="0" w:line="247" w:lineRule="auto"/>
              <w:rPr>
                <w:sz w:val="20"/>
                <w:szCs w:val="24"/>
              </w:rPr>
            </w:pPr>
            <w:r w:rsidRPr="004A7A7B">
              <w:rPr>
                <w:rFonts w:cs="Verdana"/>
                <w:b/>
                <w:sz w:val="20"/>
                <w:szCs w:val="24"/>
              </w:rPr>
              <w:t>Prénom *</w:t>
            </w:r>
          </w:p>
        </w:tc>
        <w:tc>
          <w:tcPr>
            <w:tcW w:w="3545" w:type="dxa"/>
            <w:shd w:val="clear" w:color="auto" w:fill="FFFFFF"/>
            <w:tcMar>
              <w:top w:w="95" w:type="dxa"/>
              <w:left w:w="125" w:type="dxa"/>
              <w:bottom w:w="95" w:type="dxa"/>
              <w:right w:w="125" w:type="dxa"/>
            </w:tcMar>
            <w:vAlign w:val="center"/>
          </w:tcPr>
          <w:p w14:paraId="0C095BCD" w14:textId="77777777" w:rsidR="003C15A5" w:rsidRPr="004A7A7B" w:rsidRDefault="00370613">
            <w:pPr>
              <w:spacing w:after="0" w:line="247" w:lineRule="auto"/>
              <w:rPr>
                <w:sz w:val="20"/>
                <w:szCs w:val="24"/>
              </w:rPr>
            </w:pPr>
            <w:sdt>
              <w:sdtPr>
                <w:rPr>
                  <w:sz w:val="20"/>
                  <w:szCs w:val="24"/>
                </w:rPr>
                <w:alias w:val="Cliquez ici"/>
                <w:tag w:val="Cliquez_ici"/>
                <w:id w:val="-834539855"/>
                <w:showingPlcHdr/>
                <w:text/>
              </w:sdtPr>
              <w:sdtEndPr/>
              <w:sdtContent>
                <w:r w:rsidRPr="004A7A7B">
                  <w:rPr>
                    <w:color w:val="788789"/>
                    <w:sz w:val="20"/>
                    <w:szCs w:val="24"/>
                  </w:rPr>
                  <w:t>Cliquez ici</w:t>
                </w:r>
              </w:sdtContent>
            </w:sdt>
          </w:p>
        </w:tc>
        <w:tc>
          <w:tcPr>
            <w:tcW w:w="3685" w:type="dxa"/>
            <w:shd w:val="clear" w:color="auto" w:fill="FFFFFF"/>
            <w:tcMar>
              <w:top w:w="95" w:type="dxa"/>
              <w:left w:w="125" w:type="dxa"/>
              <w:bottom w:w="95" w:type="dxa"/>
              <w:right w:w="125" w:type="dxa"/>
            </w:tcMar>
            <w:vAlign w:val="center"/>
          </w:tcPr>
          <w:p w14:paraId="5E137FAB" w14:textId="77777777" w:rsidR="003C15A5" w:rsidRPr="004A7A7B" w:rsidRDefault="00370613">
            <w:pPr>
              <w:spacing w:after="0" w:line="247" w:lineRule="auto"/>
              <w:rPr>
                <w:sz w:val="20"/>
                <w:szCs w:val="24"/>
              </w:rPr>
            </w:pPr>
            <w:sdt>
              <w:sdtPr>
                <w:rPr>
                  <w:sz w:val="20"/>
                  <w:szCs w:val="24"/>
                </w:rPr>
                <w:alias w:val="Cliquez ici"/>
                <w:tag w:val="Cliquez_ici"/>
                <w:id w:val="1754463375"/>
                <w:showingPlcHdr/>
                <w:text/>
              </w:sdtPr>
              <w:sdtEndPr/>
              <w:sdtContent>
                <w:r w:rsidRPr="004A7A7B">
                  <w:rPr>
                    <w:color w:val="788789"/>
                    <w:sz w:val="20"/>
                    <w:szCs w:val="24"/>
                  </w:rPr>
                  <w:t>Cliquez ici</w:t>
                </w:r>
              </w:sdtContent>
            </w:sdt>
          </w:p>
        </w:tc>
      </w:tr>
      <w:tr w:rsidR="003C15A5" w14:paraId="5903B339" w14:textId="77777777" w:rsidTr="0057382D">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rPr>
          <w:trHeight w:val="300"/>
        </w:trPr>
        <w:tc>
          <w:tcPr>
            <w:tcW w:w="3243" w:type="dxa"/>
            <w:shd w:val="clear" w:color="auto" w:fill="F6F8F7"/>
            <w:tcMar>
              <w:top w:w="95" w:type="dxa"/>
              <w:left w:w="125" w:type="dxa"/>
              <w:bottom w:w="95" w:type="dxa"/>
              <w:right w:w="125" w:type="dxa"/>
            </w:tcMar>
            <w:vAlign w:val="center"/>
          </w:tcPr>
          <w:p w14:paraId="32868BC8" w14:textId="77777777" w:rsidR="003C15A5" w:rsidRPr="004A7A7B" w:rsidRDefault="00370613">
            <w:pPr>
              <w:spacing w:after="0" w:line="247" w:lineRule="auto"/>
              <w:rPr>
                <w:sz w:val="20"/>
                <w:szCs w:val="24"/>
              </w:rPr>
            </w:pPr>
            <w:r w:rsidRPr="004A7A7B">
              <w:rPr>
                <w:rFonts w:cs="Verdana"/>
                <w:b/>
                <w:sz w:val="20"/>
                <w:szCs w:val="24"/>
              </w:rPr>
              <w:t>Téléphone *</w:t>
            </w:r>
          </w:p>
        </w:tc>
        <w:tc>
          <w:tcPr>
            <w:tcW w:w="3545" w:type="dxa"/>
            <w:shd w:val="clear" w:color="auto" w:fill="FFFFFF"/>
            <w:tcMar>
              <w:top w:w="95" w:type="dxa"/>
              <w:left w:w="125" w:type="dxa"/>
              <w:bottom w:w="95" w:type="dxa"/>
              <w:right w:w="125" w:type="dxa"/>
            </w:tcMar>
            <w:vAlign w:val="center"/>
          </w:tcPr>
          <w:p w14:paraId="6EAD371E" w14:textId="77777777" w:rsidR="003C15A5" w:rsidRPr="004A7A7B" w:rsidRDefault="00370613">
            <w:pPr>
              <w:spacing w:after="0" w:line="247" w:lineRule="auto"/>
              <w:rPr>
                <w:sz w:val="20"/>
                <w:szCs w:val="24"/>
              </w:rPr>
            </w:pPr>
            <w:sdt>
              <w:sdtPr>
                <w:rPr>
                  <w:sz w:val="20"/>
                  <w:szCs w:val="24"/>
                </w:rPr>
                <w:alias w:val="Cliquez ici"/>
                <w:tag w:val="Cliquez_ici"/>
                <w:id w:val="1466238564"/>
                <w:showingPlcHdr/>
                <w:text/>
              </w:sdtPr>
              <w:sdtEndPr/>
              <w:sdtContent>
                <w:r w:rsidRPr="004A7A7B">
                  <w:rPr>
                    <w:color w:val="788789"/>
                    <w:sz w:val="20"/>
                    <w:szCs w:val="24"/>
                  </w:rPr>
                  <w:t>Cliquez ici</w:t>
                </w:r>
              </w:sdtContent>
            </w:sdt>
          </w:p>
        </w:tc>
        <w:tc>
          <w:tcPr>
            <w:tcW w:w="3685" w:type="dxa"/>
            <w:shd w:val="clear" w:color="auto" w:fill="FFFFFF"/>
            <w:tcMar>
              <w:top w:w="95" w:type="dxa"/>
              <w:left w:w="125" w:type="dxa"/>
              <w:bottom w:w="95" w:type="dxa"/>
              <w:right w:w="125" w:type="dxa"/>
            </w:tcMar>
            <w:vAlign w:val="center"/>
          </w:tcPr>
          <w:p w14:paraId="06287456" w14:textId="77777777" w:rsidR="003C15A5" w:rsidRPr="004A7A7B" w:rsidRDefault="00370613">
            <w:pPr>
              <w:spacing w:after="0" w:line="247" w:lineRule="auto"/>
              <w:rPr>
                <w:sz w:val="20"/>
                <w:szCs w:val="24"/>
              </w:rPr>
            </w:pPr>
            <w:sdt>
              <w:sdtPr>
                <w:rPr>
                  <w:sz w:val="20"/>
                  <w:szCs w:val="24"/>
                </w:rPr>
                <w:alias w:val="Cliquez ici"/>
                <w:tag w:val="Cliquez_ici"/>
                <w:id w:val="-2088838065"/>
                <w:showingPlcHdr/>
                <w:text/>
              </w:sdtPr>
              <w:sdtEndPr/>
              <w:sdtContent>
                <w:r w:rsidRPr="004A7A7B">
                  <w:rPr>
                    <w:color w:val="788789"/>
                    <w:sz w:val="20"/>
                    <w:szCs w:val="24"/>
                  </w:rPr>
                  <w:t>Cliquez ici</w:t>
                </w:r>
              </w:sdtContent>
            </w:sdt>
          </w:p>
        </w:tc>
      </w:tr>
      <w:tr w:rsidR="003C15A5" w14:paraId="28AE85E4" w14:textId="77777777" w:rsidTr="0057382D">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rPr>
          <w:trHeight w:val="300"/>
        </w:trPr>
        <w:tc>
          <w:tcPr>
            <w:tcW w:w="3243" w:type="dxa"/>
            <w:shd w:val="clear" w:color="auto" w:fill="F6F8F7"/>
            <w:tcMar>
              <w:top w:w="95" w:type="dxa"/>
              <w:left w:w="125" w:type="dxa"/>
              <w:bottom w:w="95" w:type="dxa"/>
              <w:right w:w="125" w:type="dxa"/>
            </w:tcMar>
            <w:vAlign w:val="center"/>
          </w:tcPr>
          <w:p w14:paraId="2343D0CF" w14:textId="77777777" w:rsidR="00D82FD4" w:rsidRPr="004A7A7B" w:rsidRDefault="00370613">
            <w:pPr>
              <w:spacing w:after="0" w:line="247" w:lineRule="auto"/>
              <w:rPr>
                <w:rFonts w:cs="Verdana"/>
                <w:b/>
                <w:sz w:val="20"/>
                <w:szCs w:val="24"/>
                <w:lang w:val="fr-FR"/>
              </w:rPr>
            </w:pPr>
            <w:r w:rsidRPr="004A7A7B">
              <w:rPr>
                <w:rFonts w:cs="Verdana"/>
                <w:b/>
                <w:sz w:val="20"/>
                <w:szCs w:val="24"/>
                <w:lang w:val="fr-FR"/>
              </w:rPr>
              <w:t xml:space="preserve">Adresse à la </w:t>
            </w:r>
          </w:p>
          <w:p w14:paraId="7DFF8372" w14:textId="6B07BF53" w:rsidR="003C15A5" w:rsidRPr="004A7A7B" w:rsidRDefault="00370613">
            <w:pPr>
              <w:spacing w:after="0" w:line="247" w:lineRule="auto"/>
              <w:rPr>
                <w:sz w:val="20"/>
                <w:szCs w:val="24"/>
                <w:lang w:val="fr-FR"/>
              </w:rPr>
            </w:pPr>
            <w:proofErr w:type="gramStart"/>
            <w:r w:rsidRPr="004A7A7B">
              <w:rPr>
                <w:rFonts w:cs="Verdana"/>
                <w:b/>
                <w:sz w:val="20"/>
                <w:szCs w:val="24"/>
                <w:lang w:val="fr-FR"/>
              </w:rPr>
              <w:t>date</w:t>
            </w:r>
            <w:proofErr w:type="gramEnd"/>
            <w:r w:rsidRPr="004A7A7B">
              <w:rPr>
                <w:rFonts w:cs="Verdana"/>
                <w:b/>
                <w:sz w:val="20"/>
                <w:szCs w:val="24"/>
                <w:lang w:val="fr-FR"/>
              </w:rPr>
              <w:t xml:space="preserve"> d’inscription *</w:t>
            </w:r>
          </w:p>
        </w:tc>
        <w:tc>
          <w:tcPr>
            <w:tcW w:w="3545" w:type="dxa"/>
            <w:shd w:val="clear" w:color="auto" w:fill="FFFFFF"/>
            <w:tcMar>
              <w:top w:w="95" w:type="dxa"/>
              <w:left w:w="125" w:type="dxa"/>
              <w:bottom w:w="95" w:type="dxa"/>
              <w:right w:w="125" w:type="dxa"/>
            </w:tcMar>
            <w:vAlign w:val="center"/>
          </w:tcPr>
          <w:p w14:paraId="4E62A247" w14:textId="77777777" w:rsidR="003C15A5" w:rsidRPr="004A7A7B" w:rsidRDefault="00370613">
            <w:pPr>
              <w:spacing w:after="0" w:line="247" w:lineRule="auto"/>
              <w:rPr>
                <w:sz w:val="20"/>
                <w:szCs w:val="24"/>
              </w:rPr>
            </w:pPr>
            <w:sdt>
              <w:sdtPr>
                <w:rPr>
                  <w:sz w:val="20"/>
                  <w:szCs w:val="24"/>
                </w:rPr>
                <w:alias w:val="Cliquez ici"/>
                <w:tag w:val="Cliquez_ici"/>
                <w:id w:val="456920726"/>
                <w:showingPlcHdr/>
                <w:text/>
              </w:sdtPr>
              <w:sdtEndPr/>
              <w:sdtContent>
                <w:r w:rsidRPr="004A7A7B">
                  <w:rPr>
                    <w:color w:val="788789"/>
                    <w:sz w:val="20"/>
                    <w:szCs w:val="24"/>
                  </w:rPr>
                  <w:t>Cliquez ici</w:t>
                </w:r>
              </w:sdtContent>
            </w:sdt>
          </w:p>
        </w:tc>
        <w:tc>
          <w:tcPr>
            <w:tcW w:w="3685" w:type="dxa"/>
            <w:shd w:val="clear" w:color="auto" w:fill="FFFFFF"/>
            <w:tcMar>
              <w:top w:w="95" w:type="dxa"/>
              <w:left w:w="125" w:type="dxa"/>
              <w:bottom w:w="95" w:type="dxa"/>
              <w:right w:w="125" w:type="dxa"/>
            </w:tcMar>
            <w:vAlign w:val="center"/>
          </w:tcPr>
          <w:p w14:paraId="38F84CFE" w14:textId="77777777" w:rsidR="003C15A5" w:rsidRPr="004A7A7B" w:rsidRDefault="00370613">
            <w:pPr>
              <w:spacing w:after="0" w:line="247" w:lineRule="auto"/>
              <w:rPr>
                <w:sz w:val="20"/>
                <w:szCs w:val="24"/>
              </w:rPr>
            </w:pPr>
            <w:sdt>
              <w:sdtPr>
                <w:rPr>
                  <w:sz w:val="20"/>
                  <w:szCs w:val="24"/>
                </w:rPr>
                <w:alias w:val="Cliquez ici"/>
                <w:tag w:val="Cliquez_ici"/>
                <w:id w:val="-286282698"/>
                <w:showingPlcHdr/>
                <w:text/>
              </w:sdtPr>
              <w:sdtEndPr/>
              <w:sdtContent>
                <w:r w:rsidRPr="004A7A7B">
                  <w:rPr>
                    <w:color w:val="788789"/>
                    <w:sz w:val="20"/>
                    <w:szCs w:val="24"/>
                  </w:rPr>
                  <w:t>Cliquez ici</w:t>
                </w:r>
              </w:sdtContent>
            </w:sdt>
          </w:p>
        </w:tc>
      </w:tr>
      <w:tr w:rsidR="003C15A5" w14:paraId="0502F158" w14:textId="77777777" w:rsidTr="0057382D">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rPr>
          <w:trHeight w:val="300"/>
        </w:trPr>
        <w:tc>
          <w:tcPr>
            <w:tcW w:w="3243" w:type="dxa"/>
            <w:shd w:val="clear" w:color="auto" w:fill="F6F8F7"/>
            <w:tcMar>
              <w:top w:w="95" w:type="dxa"/>
              <w:left w:w="125" w:type="dxa"/>
              <w:bottom w:w="95" w:type="dxa"/>
              <w:right w:w="125" w:type="dxa"/>
            </w:tcMar>
            <w:vAlign w:val="center"/>
          </w:tcPr>
          <w:p w14:paraId="4A533898" w14:textId="77777777" w:rsidR="003C15A5" w:rsidRPr="004A7A7B" w:rsidRDefault="00370613">
            <w:pPr>
              <w:spacing w:after="0" w:line="247" w:lineRule="auto"/>
              <w:rPr>
                <w:sz w:val="20"/>
                <w:szCs w:val="24"/>
              </w:rPr>
            </w:pPr>
            <w:r w:rsidRPr="004A7A7B">
              <w:rPr>
                <w:rFonts w:cs="Verdana"/>
                <w:b/>
                <w:sz w:val="20"/>
                <w:szCs w:val="24"/>
              </w:rPr>
              <w:t>Code postal et ville *</w:t>
            </w:r>
          </w:p>
        </w:tc>
        <w:tc>
          <w:tcPr>
            <w:tcW w:w="3545" w:type="dxa"/>
            <w:shd w:val="clear" w:color="auto" w:fill="FFFFFF"/>
            <w:tcMar>
              <w:top w:w="95" w:type="dxa"/>
              <w:left w:w="125" w:type="dxa"/>
              <w:bottom w:w="95" w:type="dxa"/>
              <w:right w:w="125" w:type="dxa"/>
            </w:tcMar>
            <w:vAlign w:val="center"/>
          </w:tcPr>
          <w:p w14:paraId="75AF04F8" w14:textId="77777777" w:rsidR="003C15A5" w:rsidRPr="004A7A7B" w:rsidRDefault="00370613">
            <w:pPr>
              <w:spacing w:after="0" w:line="247" w:lineRule="auto"/>
              <w:rPr>
                <w:sz w:val="20"/>
                <w:szCs w:val="24"/>
              </w:rPr>
            </w:pPr>
            <w:sdt>
              <w:sdtPr>
                <w:rPr>
                  <w:sz w:val="20"/>
                  <w:szCs w:val="24"/>
                </w:rPr>
                <w:alias w:val="Cliquez ici"/>
                <w:tag w:val="Cliquez_ici"/>
                <w:id w:val="-270625742"/>
                <w:showingPlcHdr/>
                <w:text/>
              </w:sdtPr>
              <w:sdtEndPr/>
              <w:sdtContent>
                <w:r w:rsidRPr="004A7A7B">
                  <w:rPr>
                    <w:color w:val="788789"/>
                    <w:sz w:val="20"/>
                    <w:szCs w:val="24"/>
                  </w:rPr>
                  <w:t>Cliquez ici</w:t>
                </w:r>
              </w:sdtContent>
            </w:sdt>
          </w:p>
        </w:tc>
        <w:tc>
          <w:tcPr>
            <w:tcW w:w="3685" w:type="dxa"/>
            <w:shd w:val="clear" w:color="auto" w:fill="FFFFFF"/>
            <w:tcMar>
              <w:top w:w="95" w:type="dxa"/>
              <w:left w:w="125" w:type="dxa"/>
              <w:bottom w:w="95" w:type="dxa"/>
              <w:right w:w="125" w:type="dxa"/>
            </w:tcMar>
            <w:vAlign w:val="center"/>
          </w:tcPr>
          <w:p w14:paraId="565E918F" w14:textId="77777777" w:rsidR="003C15A5" w:rsidRPr="004A7A7B" w:rsidRDefault="00370613">
            <w:pPr>
              <w:spacing w:after="0" w:line="247" w:lineRule="auto"/>
              <w:rPr>
                <w:sz w:val="20"/>
                <w:szCs w:val="24"/>
              </w:rPr>
            </w:pPr>
            <w:sdt>
              <w:sdtPr>
                <w:rPr>
                  <w:sz w:val="20"/>
                  <w:szCs w:val="24"/>
                </w:rPr>
                <w:alias w:val="Cliquez ici"/>
                <w:tag w:val="Cliquez_ici"/>
                <w:id w:val="-1320889616"/>
                <w:showingPlcHdr/>
                <w:text/>
              </w:sdtPr>
              <w:sdtEndPr/>
              <w:sdtContent>
                <w:r w:rsidRPr="004A7A7B">
                  <w:rPr>
                    <w:color w:val="788789"/>
                    <w:sz w:val="20"/>
                    <w:szCs w:val="24"/>
                  </w:rPr>
                  <w:t>Cliquez ici</w:t>
                </w:r>
              </w:sdtContent>
            </w:sdt>
          </w:p>
        </w:tc>
      </w:tr>
      <w:tr w:rsidR="000C506F" w14:paraId="137D5802" w14:textId="77777777" w:rsidTr="0057382D">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rPr>
          <w:trHeight w:val="300"/>
        </w:trPr>
        <w:tc>
          <w:tcPr>
            <w:tcW w:w="3243" w:type="dxa"/>
            <w:shd w:val="clear" w:color="auto" w:fill="F6F8F7"/>
            <w:tcMar>
              <w:top w:w="95" w:type="dxa"/>
              <w:left w:w="125" w:type="dxa"/>
              <w:bottom w:w="95" w:type="dxa"/>
              <w:right w:w="125" w:type="dxa"/>
            </w:tcMar>
            <w:vAlign w:val="center"/>
          </w:tcPr>
          <w:p w14:paraId="4BE86247" w14:textId="4C1FA719" w:rsidR="000C506F" w:rsidRPr="004A7A7B" w:rsidRDefault="000C506F" w:rsidP="000C506F">
            <w:pPr>
              <w:spacing w:after="0" w:line="247" w:lineRule="auto"/>
              <w:rPr>
                <w:rFonts w:cs="Verdana"/>
                <w:b/>
                <w:sz w:val="20"/>
                <w:szCs w:val="24"/>
              </w:rPr>
            </w:pPr>
            <w:proofErr w:type="spellStart"/>
            <w:r w:rsidRPr="004A7A7B">
              <w:rPr>
                <w:rFonts w:cs="Verdana"/>
                <w:b/>
                <w:sz w:val="20"/>
                <w:szCs w:val="24"/>
              </w:rPr>
              <w:t>Courriel</w:t>
            </w:r>
            <w:proofErr w:type="spellEnd"/>
            <w:r w:rsidRPr="004A7A7B">
              <w:rPr>
                <w:rFonts w:cs="Verdana"/>
                <w:b/>
                <w:sz w:val="20"/>
                <w:szCs w:val="24"/>
              </w:rPr>
              <w:t xml:space="preserve"> *</w:t>
            </w:r>
          </w:p>
        </w:tc>
        <w:tc>
          <w:tcPr>
            <w:tcW w:w="3545" w:type="dxa"/>
            <w:shd w:val="clear" w:color="auto" w:fill="FFFFFF"/>
            <w:tcMar>
              <w:top w:w="95" w:type="dxa"/>
              <w:left w:w="125" w:type="dxa"/>
              <w:bottom w:w="95" w:type="dxa"/>
              <w:right w:w="125" w:type="dxa"/>
            </w:tcMar>
            <w:vAlign w:val="center"/>
          </w:tcPr>
          <w:p w14:paraId="2D0F1024" w14:textId="755A52C1" w:rsidR="000C506F" w:rsidRDefault="00370613" w:rsidP="000C506F">
            <w:pPr>
              <w:spacing w:after="0" w:line="247" w:lineRule="auto"/>
              <w:rPr>
                <w:sz w:val="20"/>
                <w:szCs w:val="24"/>
              </w:rPr>
            </w:pPr>
            <w:sdt>
              <w:sdtPr>
                <w:rPr>
                  <w:sz w:val="20"/>
                  <w:szCs w:val="24"/>
                </w:rPr>
                <w:alias w:val="Cliquez ici"/>
                <w:tag w:val="Cliquez_ici"/>
                <w:id w:val="1657109781"/>
                <w:showingPlcHdr/>
                <w:text/>
              </w:sdtPr>
              <w:sdtEndPr/>
              <w:sdtContent>
                <w:r w:rsidR="000C506F" w:rsidRPr="004A7A7B">
                  <w:rPr>
                    <w:color w:val="788789"/>
                    <w:sz w:val="20"/>
                    <w:szCs w:val="24"/>
                  </w:rPr>
                  <w:t>Cliquez ici</w:t>
                </w:r>
              </w:sdtContent>
            </w:sdt>
          </w:p>
        </w:tc>
        <w:tc>
          <w:tcPr>
            <w:tcW w:w="3685" w:type="dxa"/>
            <w:shd w:val="clear" w:color="auto" w:fill="FFFFFF"/>
            <w:tcMar>
              <w:top w:w="95" w:type="dxa"/>
              <w:left w:w="125" w:type="dxa"/>
              <w:bottom w:w="95" w:type="dxa"/>
              <w:right w:w="125" w:type="dxa"/>
            </w:tcMar>
            <w:vAlign w:val="center"/>
          </w:tcPr>
          <w:p w14:paraId="35EB0075" w14:textId="2525ACCD" w:rsidR="000C506F" w:rsidRDefault="00370613" w:rsidP="000C506F">
            <w:pPr>
              <w:spacing w:after="0" w:line="247" w:lineRule="auto"/>
              <w:rPr>
                <w:sz w:val="20"/>
                <w:szCs w:val="24"/>
              </w:rPr>
            </w:pPr>
            <w:sdt>
              <w:sdtPr>
                <w:rPr>
                  <w:sz w:val="20"/>
                  <w:szCs w:val="24"/>
                </w:rPr>
                <w:alias w:val="Cliquez ici"/>
                <w:tag w:val="Cliquez_ici"/>
                <w:id w:val="-394280293"/>
                <w:showingPlcHdr/>
                <w:text/>
              </w:sdtPr>
              <w:sdtEndPr/>
              <w:sdtContent>
                <w:r w:rsidR="000C506F" w:rsidRPr="004A7A7B">
                  <w:rPr>
                    <w:color w:val="788789"/>
                    <w:sz w:val="20"/>
                    <w:szCs w:val="24"/>
                  </w:rPr>
                  <w:t>Cliquez ici</w:t>
                </w:r>
              </w:sdtContent>
            </w:sdt>
          </w:p>
        </w:tc>
      </w:tr>
    </w:tbl>
    <w:p w14:paraId="00CE79E1" w14:textId="77777777" w:rsidR="000C506F" w:rsidRDefault="000C506F"/>
    <w:p w14:paraId="41DD23F4" w14:textId="77777777" w:rsidR="00A570F3" w:rsidRDefault="00A570F3"/>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3169"/>
        <w:gridCol w:w="3489"/>
        <w:gridCol w:w="3546"/>
      </w:tblGrid>
      <w:tr w:rsidR="000C506F" w14:paraId="54A2D981" w14:textId="77777777" w:rsidTr="00780EDC">
        <w:tc>
          <w:tcPr>
            <w:tcW w:w="3246" w:type="dxa"/>
            <w:shd w:val="clear" w:color="auto" w:fill="F28C7B"/>
            <w:tcMar>
              <w:top w:w="95" w:type="dxa"/>
              <w:left w:w="125" w:type="dxa"/>
              <w:bottom w:w="95" w:type="dxa"/>
              <w:right w:w="125" w:type="dxa"/>
            </w:tcMar>
            <w:vAlign w:val="center"/>
          </w:tcPr>
          <w:p w14:paraId="6A003D72" w14:textId="25530091" w:rsidR="000C506F" w:rsidRDefault="00E17469" w:rsidP="000C506F">
            <w:pPr>
              <w:spacing w:after="0"/>
              <w:ind w:left="-239" w:firstLine="239"/>
              <w:jc w:val="center"/>
            </w:pPr>
            <w:r>
              <w:rPr>
                <w:rFonts w:cs="Verdana"/>
                <w:b/>
                <w:color w:val="FFFFFF"/>
                <w:sz w:val="22"/>
                <w:szCs w:val="24"/>
              </w:rPr>
              <w:t>4</w:t>
            </w:r>
          </w:p>
        </w:tc>
        <w:tc>
          <w:tcPr>
            <w:tcW w:w="7208" w:type="dxa"/>
            <w:gridSpan w:val="2"/>
            <w:shd w:val="clear" w:color="auto" w:fill="FDEBE7"/>
            <w:tcMar>
              <w:top w:w="95" w:type="dxa"/>
              <w:left w:w="125" w:type="dxa"/>
              <w:bottom w:w="95" w:type="dxa"/>
              <w:right w:w="125" w:type="dxa"/>
            </w:tcMar>
            <w:vAlign w:val="center"/>
          </w:tcPr>
          <w:p w14:paraId="264232C8" w14:textId="77777777" w:rsidR="000C506F" w:rsidRDefault="000C506F" w:rsidP="000C506F">
            <w:pPr>
              <w:spacing w:after="0"/>
            </w:pPr>
            <w:r w:rsidRPr="008F5044">
              <w:rPr>
                <w:rFonts w:cs="Verdana"/>
                <w:b/>
                <w:color w:val="075F64"/>
                <w:sz w:val="22"/>
                <w:szCs w:val="24"/>
              </w:rPr>
              <w:t xml:space="preserve">Situation </w:t>
            </w:r>
            <w:proofErr w:type="spellStart"/>
            <w:r w:rsidRPr="008F5044">
              <w:rPr>
                <w:rFonts w:cs="Verdana"/>
                <w:b/>
                <w:color w:val="075F64"/>
                <w:sz w:val="22"/>
                <w:szCs w:val="24"/>
              </w:rPr>
              <w:t>professionnelle</w:t>
            </w:r>
            <w:proofErr w:type="spellEnd"/>
            <w:r w:rsidRPr="008F5044">
              <w:rPr>
                <w:rFonts w:cs="Verdana"/>
                <w:b/>
                <w:color w:val="075F64"/>
                <w:sz w:val="22"/>
                <w:szCs w:val="24"/>
              </w:rPr>
              <w:t xml:space="preserve"> et </w:t>
            </w:r>
            <w:proofErr w:type="spellStart"/>
            <w:r w:rsidRPr="008F5044">
              <w:rPr>
                <w:rFonts w:cs="Verdana"/>
                <w:b/>
                <w:color w:val="075F64"/>
                <w:sz w:val="22"/>
                <w:szCs w:val="24"/>
              </w:rPr>
              <w:t>ressources</w:t>
            </w:r>
            <w:proofErr w:type="spellEnd"/>
          </w:p>
        </w:tc>
      </w:tr>
      <w:tr w:rsidR="000C506F" w14:paraId="6CF2AA0F" w14:textId="77777777" w:rsidTr="00780EDC">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c>
          <w:tcPr>
            <w:tcW w:w="3246" w:type="dxa"/>
            <w:shd w:val="clear" w:color="auto" w:fill="075F64"/>
            <w:tcMar>
              <w:top w:w="95" w:type="dxa"/>
              <w:left w:w="125" w:type="dxa"/>
              <w:bottom w:w="95" w:type="dxa"/>
              <w:right w:w="125" w:type="dxa"/>
            </w:tcMar>
            <w:vAlign w:val="center"/>
          </w:tcPr>
          <w:p w14:paraId="067F0235" w14:textId="77777777" w:rsidR="000C506F" w:rsidRPr="008F5044" w:rsidRDefault="000C506F" w:rsidP="000C506F">
            <w:pPr>
              <w:spacing w:after="0"/>
              <w:jc w:val="center"/>
              <w:rPr>
                <w:sz w:val="20"/>
                <w:szCs w:val="20"/>
              </w:rPr>
            </w:pPr>
            <w:proofErr w:type="spellStart"/>
            <w:r w:rsidRPr="008F5044">
              <w:rPr>
                <w:rFonts w:cs="Verdana"/>
                <w:b/>
                <w:color w:val="FFFFFF"/>
                <w:sz w:val="20"/>
                <w:szCs w:val="20"/>
              </w:rPr>
              <w:t>Informations</w:t>
            </w:r>
            <w:proofErr w:type="spellEnd"/>
          </w:p>
        </w:tc>
        <w:tc>
          <w:tcPr>
            <w:tcW w:w="3575" w:type="dxa"/>
            <w:shd w:val="clear" w:color="auto" w:fill="075F64"/>
            <w:tcMar>
              <w:top w:w="95" w:type="dxa"/>
              <w:left w:w="125" w:type="dxa"/>
              <w:bottom w:w="95" w:type="dxa"/>
              <w:right w:w="125" w:type="dxa"/>
            </w:tcMar>
            <w:vAlign w:val="center"/>
          </w:tcPr>
          <w:p w14:paraId="518464A6" w14:textId="77777777" w:rsidR="000C506F" w:rsidRPr="008F5044" w:rsidRDefault="000C506F" w:rsidP="000C506F">
            <w:pPr>
              <w:spacing w:after="0"/>
              <w:jc w:val="center"/>
              <w:rPr>
                <w:sz w:val="20"/>
                <w:szCs w:val="20"/>
              </w:rPr>
            </w:pPr>
            <w:r w:rsidRPr="008F5044">
              <w:rPr>
                <w:rFonts w:cs="Verdana"/>
                <w:b/>
                <w:color w:val="FFFFFF"/>
                <w:sz w:val="20"/>
                <w:szCs w:val="20"/>
              </w:rPr>
              <w:t xml:space="preserve">Responsable </w:t>
            </w:r>
            <w:proofErr w:type="spellStart"/>
            <w:r w:rsidRPr="008F5044">
              <w:rPr>
                <w:rFonts w:cs="Verdana"/>
                <w:b/>
                <w:color w:val="FFFFFF"/>
                <w:sz w:val="20"/>
                <w:szCs w:val="20"/>
              </w:rPr>
              <w:t>légal</w:t>
            </w:r>
            <w:proofErr w:type="spellEnd"/>
            <w:r w:rsidRPr="008F5044">
              <w:rPr>
                <w:rFonts w:cs="Verdana"/>
                <w:b/>
                <w:color w:val="FFFFFF"/>
                <w:sz w:val="20"/>
                <w:szCs w:val="20"/>
              </w:rPr>
              <w:t xml:space="preserve"> 1</w:t>
            </w:r>
          </w:p>
        </w:tc>
        <w:tc>
          <w:tcPr>
            <w:tcW w:w="3633" w:type="dxa"/>
            <w:shd w:val="clear" w:color="auto" w:fill="075F64"/>
            <w:tcMar>
              <w:top w:w="95" w:type="dxa"/>
              <w:left w:w="125" w:type="dxa"/>
              <w:bottom w:w="95" w:type="dxa"/>
              <w:right w:w="125" w:type="dxa"/>
            </w:tcMar>
            <w:vAlign w:val="center"/>
          </w:tcPr>
          <w:p w14:paraId="5F161363" w14:textId="77777777" w:rsidR="000C506F" w:rsidRPr="008F5044" w:rsidRDefault="000C506F" w:rsidP="000C506F">
            <w:pPr>
              <w:spacing w:after="0"/>
              <w:jc w:val="center"/>
              <w:rPr>
                <w:sz w:val="20"/>
                <w:szCs w:val="20"/>
              </w:rPr>
            </w:pPr>
            <w:r w:rsidRPr="008F5044">
              <w:rPr>
                <w:rFonts w:cs="Verdana"/>
                <w:b/>
                <w:color w:val="FFFFFF"/>
                <w:sz w:val="20"/>
                <w:szCs w:val="20"/>
              </w:rPr>
              <w:t xml:space="preserve">Responsable </w:t>
            </w:r>
            <w:proofErr w:type="spellStart"/>
            <w:r w:rsidRPr="008F5044">
              <w:rPr>
                <w:rFonts w:cs="Verdana"/>
                <w:b/>
                <w:color w:val="FFFFFF"/>
                <w:sz w:val="20"/>
                <w:szCs w:val="20"/>
              </w:rPr>
              <w:t>légal</w:t>
            </w:r>
            <w:proofErr w:type="spellEnd"/>
            <w:r w:rsidRPr="008F5044">
              <w:rPr>
                <w:rFonts w:cs="Verdana"/>
                <w:b/>
                <w:color w:val="FFFFFF"/>
                <w:sz w:val="20"/>
                <w:szCs w:val="20"/>
              </w:rPr>
              <w:t xml:space="preserve"> 2</w:t>
            </w:r>
          </w:p>
        </w:tc>
      </w:tr>
      <w:tr w:rsidR="000C506F" w:rsidRPr="007006AF" w14:paraId="538CEE99" w14:textId="77777777" w:rsidTr="00780EDC">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c>
          <w:tcPr>
            <w:tcW w:w="3246" w:type="dxa"/>
            <w:shd w:val="clear" w:color="auto" w:fill="F6F8F7"/>
            <w:tcMar>
              <w:top w:w="95" w:type="dxa"/>
              <w:left w:w="125" w:type="dxa"/>
              <w:bottom w:w="95" w:type="dxa"/>
              <w:right w:w="125" w:type="dxa"/>
            </w:tcMar>
            <w:vAlign w:val="center"/>
          </w:tcPr>
          <w:p w14:paraId="3472ED46" w14:textId="77777777" w:rsidR="000C506F" w:rsidRPr="008F5044" w:rsidRDefault="000C506F" w:rsidP="000C506F">
            <w:pPr>
              <w:spacing w:after="0"/>
              <w:rPr>
                <w:sz w:val="20"/>
                <w:szCs w:val="20"/>
              </w:rPr>
            </w:pPr>
            <w:r w:rsidRPr="008F5044">
              <w:rPr>
                <w:rFonts w:cs="Verdana"/>
                <w:b/>
                <w:sz w:val="20"/>
                <w:szCs w:val="20"/>
              </w:rPr>
              <w:t xml:space="preserve">Situation </w:t>
            </w:r>
            <w:proofErr w:type="spellStart"/>
            <w:r w:rsidRPr="008F5044">
              <w:rPr>
                <w:rFonts w:cs="Verdana"/>
                <w:b/>
                <w:sz w:val="20"/>
                <w:szCs w:val="20"/>
              </w:rPr>
              <w:t>professionnelle</w:t>
            </w:r>
            <w:proofErr w:type="spellEnd"/>
            <w:r w:rsidRPr="008F5044">
              <w:rPr>
                <w:rFonts w:cs="Verdana"/>
                <w:b/>
                <w:sz w:val="20"/>
                <w:szCs w:val="20"/>
              </w:rPr>
              <w:t xml:space="preserve"> *</w:t>
            </w:r>
          </w:p>
        </w:tc>
        <w:tc>
          <w:tcPr>
            <w:tcW w:w="3575" w:type="dxa"/>
            <w:tcMar>
              <w:top w:w="95" w:type="dxa"/>
              <w:left w:w="125" w:type="dxa"/>
              <w:bottom w:w="95" w:type="dxa"/>
              <w:right w:w="125" w:type="dxa"/>
            </w:tcMar>
            <w:vAlign w:val="center"/>
          </w:tcPr>
          <w:p w14:paraId="38055898" w14:textId="77777777" w:rsidR="000C506F" w:rsidRPr="008F5044" w:rsidRDefault="000C506F" w:rsidP="000C506F">
            <w:pPr>
              <w:spacing w:after="0"/>
              <w:rPr>
                <w:sz w:val="20"/>
                <w:szCs w:val="20"/>
                <w:lang w:val="fr-FR"/>
              </w:rPr>
            </w:pPr>
            <w:r w:rsidRPr="008F5044">
              <w:rPr>
                <w:rFonts w:ascii="Segoe UI Symbol" w:hAnsi="Segoe UI Symbol" w:cs="Segoe UI Symbol"/>
                <w:sz w:val="20"/>
                <w:szCs w:val="20"/>
                <w:lang w:val="fr-FR"/>
              </w:rPr>
              <w:t>☐</w:t>
            </w:r>
            <w:r w:rsidRPr="008F5044">
              <w:rPr>
                <w:rFonts w:cs="Verdana"/>
                <w:sz w:val="20"/>
                <w:szCs w:val="20"/>
                <w:lang w:val="fr-FR"/>
              </w:rPr>
              <w:t xml:space="preserve"> Temps plein   </w:t>
            </w:r>
            <w:r w:rsidRPr="008F5044">
              <w:rPr>
                <w:rFonts w:ascii="Segoe UI Symbol" w:hAnsi="Segoe UI Symbol" w:cs="Segoe UI Symbol"/>
                <w:sz w:val="20"/>
                <w:szCs w:val="20"/>
                <w:lang w:val="fr-FR"/>
              </w:rPr>
              <w:t>☐</w:t>
            </w:r>
            <w:r w:rsidRPr="008F5044">
              <w:rPr>
                <w:rFonts w:cs="Verdana"/>
                <w:sz w:val="20"/>
                <w:szCs w:val="20"/>
                <w:lang w:val="fr-FR"/>
              </w:rPr>
              <w:t xml:space="preserve"> Temps partiel</w:t>
            </w:r>
            <w:r w:rsidRPr="008F5044">
              <w:rPr>
                <w:rFonts w:cs="Verdana"/>
                <w:sz w:val="20"/>
                <w:szCs w:val="20"/>
                <w:lang w:val="fr-FR"/>
              </w:rPr>
              <w:br/>
            </w:r>
            <w:r w:rsidRPr="008F5044">
              <w:rPr>
                <w:rFonts w:ascii="Segoe UI Symbol" w:hAnsi="Segoe UI Symbol" w:cs="Segoe UI Symbol"/>
                <w:sz w:val="20"/>
                <w:szCs w:val="20"/>
                <w:lang w:val="fr-FR"/>
              </w:rPr>
              <w:t>☐</w:t>
            </w:r>
            <w:r w:rsidRPr="008F5044">
              <w:rPr>
                <w:rFonts w:cs="Verdana"/>
                <w:sz w:val="20"/>
                <w:szCs w:val="20"/>
                <w:lang w:val="fr-FR"/>
              </w:rPr>
              <w:t xml:space="preserve"> Sans activité   </w:t>
            </w:r>
            <w:r w:rsidRPr="008F5044">
              <w:rPr>
                <w:rFonts w:ascii="Segoe UI Symbol" w:hAnsi="Segoe UI Symbol" w:cs="Segoe UI Symbol"/>
                <w:sz w:val="20"/>
                <w:szCs w:val="20"/>
                <w:lang w:val="fr-FR"/>
              </w:rPr>
              <w:t>☐</w:t>
            </w:r>
            <w:r w:rsidRPr="008F5044">
              <w:rPr>
                <w:rFonts w:cs="Verdana"/>
                <w:sz w:val="20"/>
                <w:szCs w:val="20"/>
                <w:lang w:val="fr-FR"/>
              </w:rPr>
              <w:t xml:space="preserve"> Autre</w:t>
            </w:r>
          </w:p>
        </w:tc>
        <w:tc>
          <w:tcPr>
            <w:tcW w:w="3633" w:type="dxa"/>
            <w:tcMar>
              <w:top w:w="95" w:type="dxa"/>
              <w:left w:w="125" w:type="dxa"/>
              <w:bottom w:w="95" w:type="dxa"/>
              <w:right w:w="125" w:type="dxa"/>
            </w:tcMar>
            <w:vAlign w:val="center"/>
          </w:tcPr>
          <w:p w14:paraId="4024819B" w14:textId="77777777" w:rsidR="000C506F" w:rsidRPr="008F5044" w:rsidRDefault="000C506F" w:rsidP="000C506F">
            <w:pPr>
              <w:spacing w:after="0"/>
              <w:rPr>
                <w:sz w:val="20"/>
                <w:szCs w:val="20"/>
                <w:lang w:val="fr-FR"/>
              </w:rPr>
            </w:pPr>
            <w:r w:rsidRPr="008F5044">
              <w:rPr>
                <w:rFonts w:ascii="Segoe UI Symbol" w:hAnsi="Segoe UI Symbol" w:cs="Segoe UI Symbol"/>
                <w:sz w:val="20"/>
                <w:szCs w:val="20"/>
                <w:lang w:val="fr-FR"/>
              </w:rPr>
              <w:t>☐</w:t>
            </w:r>
            <w:r w:rsidRPr="008F5044">
              <w:rPr>
                <w:rFonts w:cs="Verdana"/>
                <w:sz w:val="20"/>
                <w:szCs w:val="20"/>
                <w:lang w:val="fr-FR"/>
              </w:rPr>
              <w:t xml:space="preserve"> Temps plein   </w:t>
            </w:r>
            <w:r w:rsidRPr="008F5044">
              <w:rPr>
                <w:rFonts w:ascii="Segoe UI Symbol" w:hAnsi="Segoe UI Symbol" w:cs="Segoe UI Symbol"/>
                <w:sz w:val="20"/>
                <w:szCs w:val="20"/>
                <w:lang w:val="fr-FR"/>
              </w:rPr>
              <w:t>☐</w:t>
            </w:r>
            <w:r w:rsidRPr="008F5044">
              <w:rPr>
                <w:rFonts w:cs="Verdana"/>
                <w:sz w:val="20"/>
                <w:szCs w:val="20"/>
                <w:lang w:val="fr-FR"/>
              </w:rPr>
              <w:t xml:space="preserve"> Temps partiel</w:t>
            </w:r>
            <w:r w:rsidRPr="008F5044">
              <w:rPr>
                <w:rFonts w:cs="Verdana"/>
                <w:sz w:val="20"/>
                <w:szCs w:val="20"/>
                <w:lang w:val="fr-FR"/>
              </w:rPr>
              <w:br/>
            </w:r>
            <w:r w:rsidRPr="008F5044">
              <w:rPr>
                <w:rFonts w:ascii="Segoe UI Symbol" w:hAnsi="Segoe UI Symbol" w:cs="Segoe UI Symbol"/>
                <w:sz w:val="20"/>
                <w:szCs w:val="20"/>
                <w:lang w:val="fr-FR"/>
              </w:rPr>
              <w:t>☐</w:t>
            </w:r>
            <w:r w:rsidRPr="008F5044">
              <w:rPr>
                <w:rFonts w:cs="Verdana"/>
                <w:sz w:val="20"/>
                <w:szCs w:val="20"/>
                <w:lang w:val="fr-FR"/>
              </w:rPr>
              <w:t xml:space="preserve"> Sans activité   </w:t>
            </w:r>
            <w:r w:rsidRPr="008F5044">
              <w:rPr>
                <w:rFonts w:ascii="Segoe UI Symbol" w:hAnsi="Segoe UI Symbol" w:cs="Segoe UI Symbol"/>
                <w:sz w:val="20"/>
                <w:szCs w:val="20"/>
                <w:lang w:val="fr-FR"/>
              </w:rPr>
              <w:t>☐</w:t>
            </w:r>
            <w:r w:rsidRPr="008F5044">
              <w:rPr>
                <w:rFonts w:cs="Verdana"/>
                <w:sz w:val="20"/>
                <w:szCs w:val="20"/>
                <w:lang w:val="fr-FR"/>
              </w:rPr>
              <w:t xml:space="preserve"> Autre</w:t>
            </w:r>
          </w:p>
        </w:tc>
      </w:tr>
      <w:tr w:rsidR="000C506F" w14:paraId="71CEDE2D" w14:textId="77777777" w:rsidTr="00780EDC">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c>
          <w:tcPr>
            <w:tcW w:w="3246" w:type="dxa"/>
            <w:shd w:val="clear" w:color="auto" w:fill="F6F8F7"/>
            <w:tcMar>
              <w:top w:w="95" w:type="dxa"/>
              <w:left w:w="125" w:type="dxa"/>
              <w:bottom w:w="95" w:type="dxa"/>
              <w:right w:w="125" w:type="dxa"/>
            </w:tcMar>
            <w:vAlign w:val="center"/>
          </w:tcPr>
          <w:p w14:paraId="60AA54DF" w14:textId="77777777" w:rsidR="000C506F" w:rsidRPr="008F5044" w:rsidRDefault="000C506F" w:rsidP="000C506F">
            <w:pPr>
              <w:spacing w:after="0"/>
              <w:rPr>
                <w:sz w:val="20"/>
                <w:szCs w:val="20"/>
              </w:rPr>
            </w:pPr>
            <w:r w:rsidRPr="008F5044">
              <w:rPr>
                <w:rFonts w:cs="Verdana"/>
                <w:b/>
                <w:sz w:val="20"/>
                <w:szCs w:val="20"/>
              </w:rPr>
              <w:t xml:space="preserve">Profession </w:t>
            </w:r>
            <w:proofErr w:type="spellStart"/>
            <w:r w:rsidRPr="008F5044">
              <w:rPr>
                <w:rFonts w:cs="Verdana"/>
                <w:b/>
                <w:sz w:val="20"/>
                <w:szCs w:val="20"/>
              </w:rPr>
              <w:t>ou</w:t>
            </w:r>
            <w:proofErr w:type="spellEnd"/>
            <w:r w:rsidRPr="008F5044">
              <w:rPr>
                <w:rFonts w:cs="Verdana"/>
                <w:b/>
                <w:sz w:val="20"/>
                <w:szCs w:val="20"/>
              </w:rPr>
              <w:t xml:space="preserve"> </w:t>
            </w:r>
            <w:proofErr w:type="spellStart"/>
            <w:r w:rsidRPr="008F5044">
              <w:rPr>
                <w:rFonts w:cs="Verdana"/>
                <w:b/>
                <w:sz w:val="20"/>
                <w:szCs w:val="20"/>
              </w:rPr>
              <w:t>fonction</w:t>
            </w:r>
            <w:proofErr w:type="spellEnd"/>
          </w:p>
        </w:tc>
        <w:tc>
          <w:tcPr>
            <w:tcW w:w="3575" w:type="dxa"/>
            <w:tcMar>
              <w:top w:w="95" w:type="dxa"/>
              <w:left w:w="125" w:type="dxa"/>
              <w:bottom w:w="95" w:type="dxa"/>
              <w:right w:w="125" w:type="dxa"/>
            </w:tcMar>
          </w:tcPr>
          <w:p w14:paraId="0186E16E" w14:textId="77777777" w:rsidR="000C506F" w:rsidRPr="008F5044" w:rsidRDefault="00370613" w:rsidP="000C506F">
            <w:pPr>
              <w:spacing w:after="0"/>
              <w:rPr>
                <w:sz w:val="20"/>
                <w:szCs w:val="20"/>
              </w:rPr>
            </w:pPr>
            <w:sdt>
              <w:sdtPr>
                <w:rPr>
                  <w:sz w:val="20"/>
                  <w:szCs w:val="20"/>
                </w:rPr>
                <w:alias w:val="Cliquez ici"/>
                <w:tag w:val="Cliquez_ici"/>
                <w:id w:val="229280505"/>
                <w:showingPlcHdr/>
                <w:text/>
              </w:sdtPr>
              <w:sdtEndPr/>
              <w:sdtContent>
                <w:r w:rsidR="000C506F" w:rsidRPr="008F5044">
                  <w:rPr>
                    <w:rFonts w:cs="Verdana"/>
                    <w:color w:val="788789"/>
                    <w:sz w:val="20"/>
                    <w:szCs w:val="20"/>
                  </w:rPr>
                  <w:t>Cliquez ici</w:t>
                </w:r>
              </w:sdtContent>
            </w:sdt>
          </w:p>
        </w:tc>
        <w:tc>
          <w:tcPr>
            <w:tcW w:w="3633" w:type="dxa"/>
            <w:tcMar>
              <w:top w:w="95" w:type="dxa"/>
              <w:left w:w="125" w:type="dxa"/>
              <w:bottom w:w="95" w:type="dxa"/>
              <w:right w:w="125" w:type="dxa"/>
            </w:tcMar>
          </w:tcPr>
          <w:p w14:paraId="2E82FA73" w14:textId="77777777" w:rsidR="000C506F" w:rsidRPr="008F5044" w:rsidRDefault="00370613" w:rsidP="000C506F">
            <w:pPr>
              <w:spacing w:after="0"/>
              <w:rPr>
                <w:sz w:val="20"/>
                <w:szCs w:val="20"/>
              </w:rPr>
            </w:pPr>
            <w:sdt>
              <w:sdtPr>
                <w:rPr>
                  <w:sz w:val="20"/>
                  <w:szCs w:val="20"/>
                </w:rPr>
                <w:alias w:val="Cliquez ici"/>
                <w:tag w:val="Cliquez_ici"/>
                <w:id w:val="-809934964"/>
                <w:showingPlcHdr/>
                <w:text/>
              </w:sdtPr>
              <w:sdtEndPr/>
              <w:sdtContent>
                <w:r w:rsidR="000C506F" w:rsidRPr="008F5044">
                  <w:rPr>
                    <w:rFonts w:cs="Verdana"/>
                    <w:color w:val="788789"/>
                    <w:sz w:val="20"/>
                    <w:szCs w:val="20"/>
                  </w:rPr>
                  <w:t>Cliquez ici</w:t>
                </w:r>
              </w:sdtContent>
            </w:sdt>
          </w:p>
        </w:tc>
      </w:tr>
      <w:tr w:rsidR="000C506F" w14:paraId="0A6B4445" w14:textId="77777777" w:rsidTr="00780EDC">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c>
          <w:tcPr>
            <w:tcW w:w="3246" w:type="dxa"/>
            <w:shd w:val="clear" w:color="auto" w:fill="F6F8F7"/>
            <w:tcMar>
              <w:top w:w="95" w:type="dxa"/>
              <w:left w:w="125" w:type="dxa"/>
              <w:bottom w:w="95" w:type="dxa"/>
              <w:right w:w="125" w:type="dxa"/>
            </w:tcMar>
            <w:vAlign w:val="center"/>
          </w:tcPr>
          <w:p w14:paraId="282E45DE" w14:textId="77777777" w:rsidR="000C506F" w:rsidRPr="008F5044" w:rsidRDefault="000C506F" w:rsidP="000C506F">
            <w:pPr>
              <w:spacing w:after="0"/>
              <w:rPr>
                <w:sz w:val="20"/>
                <w:szCs w:val="20"/>
              </w:rPr>
            </w:pPr>
            <w:proofErr w:type="spellStart"/>
            <w:r w:rsidRPr="008F5044">
              <w:rPr>
                <w:rFonts w:cs="Verdana"/>
                <w:b/>
                <w:sz w:val="20"/>
                <w:szCs w:val="20"/>
              </w:rPr>
              <w:t>Employeur</w:t>
            </w:r>
            <w:proofErr w:type="spellEnd"/>
          </w:p>
        </w:tc>
        <w:tc>
          <w:tcPr>
            <w:tcW w:w="3575" w:type="dxa"/>
            <w:tcMar>
              <w:top w:w="95" w:type="dxa"/>
              <w:left w:w="125" w:type="dxa"/>
              <w:bottom w:w="95" w:type="dxa"/>
              <w:right w:w="125" w:type="dxa"/>
            </w:tcMar>
          </w:tcPr>
          <w:p w14:paraId="123B2BE5" w14:textId="77777777" w:rsidR="000C506F" w:rsidRPr="008F5044" w:rsidRDefault="00370613" w:rsidP="000C506F">
            <w:pPr>
              <w:spacing w:after="0"/>
              <w:rPr>
                <w:sz w:val="20"/>
                <w:szCs w:val="20"/>
              </w:rPr>
            </w:pPr>
            <w:sdt>
              <w:sdtPr>
                <w:rPr>
                  <w:sz w:val="20"/>
                  <w:szCs w:val="20"/>
                </w:rPr>
                <w:alias w:val="Cliquez ici"/>
                <w:tag w:val="Cliquez_ici"/>
                <w:id w:val="-541135200"/>
                <w:showingPlcHdr/>
                <w:text/>
              </w:sdtPr>
              <w:sdtEndPr/>
              <w:sdtContent>
                <w:r w:rsidR="000C506F" w:rsidRPr="008F5044">
                  <w:rPr>
                    <w:rFonts w:cs="Verdana"/>
                    <w:color w:val="788789"/>
                    <w:sz w:val="20"/>
                    <w:szCs w:val="20"/>
                  </w:rPr>
                  <w:t>Cliquez ici</w:t>
                </w:r>
              </w:sdtContent>
            </w:sdt>
          </w:p>
        </w:tc>
        <w:tc>
          <w:tcPr>
            <w:tcW w:w="3633" w:type="dxa"/>
            <w:tcMar>
              <w:top w:w="95" w:type="dxa"/>
              <w:left w:w="125" w:type="dxa"/>
              <w:bottom w:w="95" w:type="dxa"/>
              <w:right w:w="125" w:type="dxa"/>
            </w:tcMar>
          </w:tcPr>
          <w:p w14:paraId="030FA64B" w14:textId="77777777" w:rsidR="000C506F" w:rsidRPr="008F5044" w:rsidRDefault="00370613" w:rsidP="000C506F">
            <w:pPr>
              <w:spacing w:after="0"/>
              <w:rPr>
                <w:sz w:val="20"/>
                <w:szCs w:val="20"/>
              </w:rPr>
            </w:pPr>
            <w:sdt>
              <w:sdtPr>
                <w:rPr>
                  <w:sz w:val="20"/>
                  <w:szCs w:val="20"/>
                </w:rPr>
                <w:alias w:val="Cliquez ici"/>
                <w:tag w:val="Cliquez_ici"/>
                <w:id w:val="-509833024"/>
                <w:showingPlcHdr/>
                <w:text/>
              </w:sdtPr>
              <w:sdtEndPr/>
              <w:sdtContent>
                <w:r w:rsidR="000C506F" w:rsidRPr="008F5044">
                  <w:rPr>
                    <w:rFonts w:cs="Verdana"/>
                    <w:color w:val="788789"/>
                    <w:sz w:val="20"/>
                    <w:szCs w:val="20"/>
                  </w:rPr>
                  <w:t>Cliquez ici</w:t>
                </w:r>
              </w:sdtContent>
            </w:sdt>
          </w:p>
        </w:tc>
      </w:tr>
      <w:tr w:rsidR="000C506F" w14:paraId="6EE44F5B" w14:textId="77777777" w:rsidTr="00780EDC">
        <w:tblPrEx>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PrEx>
        <w:tc>
          <w:tcPr>
            <w:tcW w:w="3246" w:type="dxa"/>
            <w:shd w:val="clear" w:color="auto" w:fill="F6F8F7"/>
            <w:tcMar>
              <w:top w:w="95" w:type="dxa"/>
              <w:left w:w="125" w:type="dxa"/>
              <w:bottom w:w="95" w:type="dxa"/>
              <w:right w:w="125" w:type="dxa"/>
            </w:tcMar>
            <w:vAlign w:val="center"/>
          </w:tcPr>
          <w:p w14:paraId="5026C74F" w14:textId="77777777" w:rsidR="000C506F" w:rsidRPr="008F5044" w:rsidRDefault="000C506F" w:rsidP="000C506F">
            <w:pPr>
              <w:spacing w:after="0"/>
              <w:rPr>
                <w:sz w:val="20"/>
                <w:szCs w:val="20"/>
                <w:lang w:val="fr-FR"/>
              </w:rPr>
            </w:pPr>
            <w:r w:rsidRPr="008F5044">
              <w:rPr>
                <w:rFonts w:cs="Verdana"/>
                <w:b/>
                <w:sz w:val="20"/>
                <w:szCs w:val="20"/>
                <w:lang w:val="fr-FR"/>
              </w:rPr>
              <w:t>Commune du lieu de travail</w:t>
            </w:r>
          </w:p>
        </w:tc>
        <w:tc>
          <w:tcPr>
            <w:tcW w:w="3575" w:type="dxa"/>
            <w:tcMar>
              <w:top w:w="95" w:type="dxa"/>
              <w:left w:w="125" w:type="dxa"/>
              <w:bottom w:w="95" w:type="dxa"/>
              <w:right w:w="125" w:type="dxa"/>
            </w:tcMar>
          </w:tcPr>
          <w:p w14:paraId="7AB91407" w14:textId="77777777" w:rsidR="000C506F" w:rsidRPr="008F5044" w:rsidRDefault="00370613" w:rsidP="000C506F">
            <w:pPr>
              <w:spacing w:after="0"/>
              <w:rPr>
                <w:sz w:val="20"/>
                <w:szCs w:val="20"/>
              </w:rPr>
            </w:pPr>
            <w:sdt>
              <w:sdtPr>
                <w:rPr>
                  <w:sz w:val="20"/>
                  <w:szCs w:val="20"/>
                </w:rPr>
                <w:alias w:val="Cliquez ici"/>
                <w:tag w:val="Cliquez_ici"/>
                <w:id w:val="1853141017"/>
                <w:showingPlcHdr/>
                <w:text/>
              </w:sdtPr>
              <w:sdtEndPr/>
              <w:sdtContent>
                <w:r w:rsidR="000C506F" w:rsidRPr="008F5044">
                  <w:rPr>
                    <w:rFonts w:cs="Verdana"/>
                    <w:color w:val="788789"/>
                    <w:sz w:val="20"/>
                    <w:szCs w:val="20"/>
                  </w:rPr>
                  <w:t>Cliquez ici</w:t>
                </w:r>
              </w:sdtContent>
            </w:sdt>
          </w:p>
        </w:tc>
        <w:tc>
          <w:tcPr>
            <w:tcW w:w="3633" w:type="dxa"/>
            <w:tcMar>
              <w:top w:w="95" w:type="dxa"/>
              <w:left w:w="125" w:type="dxa"/>
              <w:bottom w:w="95" w:type="dxa"/>
              <w:right w:w="125" w:type="dxa"/>
            </w:tcMar>
          </w:tcPr>
          <w:p w14:paraId="29424881" w14:textId="77777777" w:rsidR="000C506F" w:rsidRPr="008F5044" w:rsidRDefault="00370613" w:rsidP="000C506F">
            <w:pPr>
              <w:spacing w:after="0"/>
              <w:rPr>
                <w:sz w:val="20"/>
                <w:szCs w:val="20"/>
              </w:rPr>
            </w:pPr>
            <w:sdt>
              <w:sdtPr>
                <w:rPr>
                  <w:sz w:val="20"/>
                  <w:szCs w:val="20"/>
                </w:rPr>
                <w:alias w:val="Cliquez ici"/>
                <w:tag w:val="Cliquez_ici"/>
                <w:id w:val="88129087"/>
                <w:showingPlcHdr/>
                <w:text/>
              </w:sdtPr>
              <w:sdtEndPr/>
              <w:sdtContent>
                <w:r w:rsidR="000C506F" w:rsidRPr="008F5044">
                  <w:rPr>
                    <w:rFonts w:cs="Verdana"/>
                    <w:color w:val="788789"/>
                    <w:sz w:val="20"/>
                    <w:szCs w:val="20"/>
                  </w:rPr>
                  <w:t>Cliquez ici</w:t>
                </w:r>
              </w:sdtContent>
            </w:sdt>
          </w:p>
        </w:tc>
      </w:tr>
    </w:tbl>
    <w:p w14:paraId="4B9D224B" w14:textId="77777777" w:rsidR="003C15A5" w:rsidRDefault="003C15A5">
      <w:pPr>
        <w:spacing w:before="140" w:after="40" w:line="252" w:lineRule="auto"/>
      </w:pPr>
    </w:p>
    <w:p w14:paraId="65523F5E" w14:textId="77777777" w:rsidR="00A570F3" w:rsidRDefault="00A570F3">
      <w:pPr>
        <w:spacing w:before="140" w:after="40" w:line="252" w:lineRule="auto"/>
      </w:pP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3873"/>
        <w:gridCol w:w="6331"/>
      </w:tblGrid>
      <w:tr w:rsidR="003C15A5" w:rsidRPr="007006AF" w14:paraId="2F4F4E2A" w14:textId="77777777" w:rsidTr="002C6892">
        <w:trPr>
          <w:trHeight w:val="320"/>
        </w:trPr>
        <w:tc>
          <w:tcPr>
            <w:tcW w:w="3969" w:type="dxa"/>
            <w:shd w:val="clear" w:color="auto" w:fill="F28C7B"/>
            <w:tcMar>
              <w:top w:w="95" w:type="dxa"/>
              <w:left w:w="125" w:type="dxa"/>
              <w:bottom w:w="95" w:type="dxa"/>
              <w:right w:w="125" w:type="dxa"/>
            </w:tcMar>
            <w:vAlign w:val="center"/>
          </w:tcPr>
          <w:p w14:paraId="663971C2" w14:textId="29752FEF" w:rsidR="003C15A5" w:rsidRDefault="00E17469">
            <w:pPr>
              <w:spacing w:after="0" w:line="247" w:lineRule="auto"/>
              <w:jc w:val="center"/>
            </w:pPr>
            <w:r>
              <w:rPr>
                <w:rFonts w:cs="Verdana"/>
                <w:b/>
                <w:color w:val="FFFFFF"/>
                <w:sz w:val="22"/>
              </w:rPr>
              <w:t>5</w:t>
            </w:r>
          </w:p>
        </w:tc>
        <w:tc>
          <w:tcPr>
            <w:tcW w:w="6493" w:type="dxa"/>
            <w:shd w:val="clear" w:color="auto" w:fill="FDEBE7"/>
            <w:tcMar>
              <w:top w:w="95" w:type="dxa"/>
              <w:left w:w="125" w:type="dxa"/>
              <w:bottom w:w="95" w:type="dxa"/>
              <w:right w:w="125" w:type="dxa"/>
            </w:tcMar>
            <w:vAlign w:val="center"/>
          </w:tcPr>
          <w:p w14:paraId="44CE0980" w14:textId="77777777" w:rsidR="003C15A5" w:rsidRPr="00D82FD4" w:rsidRDefault="00370613">
            <w:pPr>
              <w:spacing w:after="0" w:line="247" w:lineRule="auto"/>
              <w:rPr>
                <w:lang w:val="fr-FR"/>
              </w:rPr>
            </w:pPr>
            <w:r w:rsidRPr="00D82FD4">
              <w:rPr>
                <w:rFonts w:cs="Verdana"/>
                <w:b/>
                <w:color w:val="075F64"/>
                <w:sz w:val="22"/>
                <w:lang w:val="fr-FR"/>
              </w:rPr>
              <w:t>Les éléments utiles à l’étude de la demande</w:t>
            </w:r>
          </w:p>
        </w:tc>
      </w:tr>
    </w:tbl>
    <w:p w14:paraId="5BFDACB9" w14:textId="77777777" w:rsidR="004A7A7B" w:rsidRDefault="00370613" w:rsidP="00780EDC">
      <w:pPr>
        <w:spacing w:before="60" w:after="120" w:line="240" w:lineRule="auto"/>
        <w:rPr>
          <w:rFonts w:cs="Verdana"/>
          <w:b/>
          <w:sz w:val="20"/>
          <w:szCs w:val="24"/>
          <w:lang w:val="fr-FR"/>
        </w:rPr>
      </w:pPr>
      <w:r w:rsidRPr="004A7A7B">
        <w:rPr>
          <w:rFonts w:cs="Verdana"/>
          <w:b/>
          <w:sz w:val="20"/>
          <w:szCs w:val="24"/>
          <w:lang w:val="fr-FR"/>
        </w:rPr>
        <w:t xml:space="preserve">Un responsable légal présente-t-il un taux d’invalidité supérieur ou égal à 80 % ? *  </w:t>
      </w:r>
    </w:p>
    <w:p w14:paraId="107672DC" w14:textId="5988464C" w:rsidR="003C15A5" w:rsidRPr="004A7A7B" w:rsidRDefault="00370613" w:rsidP="00780EDC">
      <w:pPr>
        <w:spacing w:before="60" w:after="120" w:line="240" w:lineRule="auto"/>
        <w:rPr>
          <w:sz w:val="20"/>
          <w:szCs w:val="24"/>
          <w:lang w:val="fr-FR"/>
        </w:rPr>
      </w:pPr>
      <w:r w:rsidRPr="004A7A7B">
        <w:rPr>
          <w:rFonts w:cs="Verdana"/>
          <w:sz w:val="20"/>
          <w:szCs w:val="24"/>
          <w:lang w:val="fr-FR"/>
        </w:rPr>
        <w:t>☐</w:t>
      </w:r>
      <w:r w:rsidRPr="004A7A7B">
        <w:rPr>
          <w:rFonts w:cs="Verdana"/>
          <w:sz w:val="20"/>
          <w:szCs w:val="24"/>
          <w:lang w:val="fr-FR"/>
        </w:rPr>
        <w:t xml:space="preserve"> Oui, la mère     ☐ Oui, le père     ☐ Non</w:t>
      </w:r>
    </w:p>
    <w:p w14:paraId="2AF6D9DC" w14:textId="75764728" w:rsidR="004A7A7B" w:rsidRPr="0057382D" w:rsidRDefault="00370613" w:rsidP="00780EDC">
      <w:pPr>
        <w:spacing w:before="60" w:after="120" w:line="240" w:lineRule="auto"/>
        <w:rPr>
          <w:sz w:val="20"/>
          <w:szCs w:val="24"/>
          <w:lang w:val="fr-FR"/>
        </w:rPr>
      </w:pPr>
      <w:r w:rsidRPr="004A7A7B">
        <w:rPr>
          <w:rFonts w:cs="Verdana"/>
          <w:b/>
          <w:sz w:val="20"/>
          <w:szCs w:val="24"/>
          <w:lang w:val="fr-FR"/>
        </w:rPr>
        <w:t xml:space="preserve">L’un des enfants est-il en situation de handicap ? *  </w:t>
      </w:r>
      <w:r w:rsidRPr="004A7A7B">
        <w:rPr>
          <w:rFonts w:cs="Verdana"/>
          <w:sz w:val="20"/>
          <w:szCs w:val="24"/>
          <w:lang w:val="fr-FR"/>
        </w:rPr>
        <w:t>☐</w:t>
      </w:r>
      <w:r w:rsidRPr="004A7A7B">
        <w:rPr>
          <w:rFonts w:cs="Verdana"/>
          <w:sz w:val="20"/>
          <w:szCs w:val="24"/>
          <w:lang w:val="fr-FR"/>
        </w:rPr>
        <w:t xml:space="preserve"> Oui     ☐ Non</w:t>
      </w:r>
    </w:p>
    <w:p w14:paraId="2E222888" w14:textId="3BEDC04B" w:rsidR="003C15A5" w:rsidRDefault="00370613" w:rsidP="00780EDC">
      <w:pPr>
        <w:spacing w:before="60" w:after="120" w:line="240" w:lineRule="auto"/>
        <w:rPr>
          <w:rFonts w:cs="Verdana"/>
          <w:sz w:val="20"/>
          <w:szCs w:val="24"/>
          <w:lang w:val="fr-FR"/>
        </w:rPr>
      </w:pPr>
      <w:r w:rsidRPr="004A7A7B">
        <w:rPr>
          <w:rFonts w:cs="Verdana"/>
          <w:b/>
          <w:sz w:val="20"/>
          <w:szCs w:val="24"/>
          <w:lang w:val="fr-FR"/>
        </w:rPr>
        <w:t xml:space="preserve">S’agit-il d’une naissance multiple ? *  </w:t>
      </w:r>
      <w:r w:rsidRPr="004A7A7B">
        <w:rPr>
          <w:rFonts w:cs="Verdana"/>
          <w:sz w:val="20"/>
          <w:szCs w:val="24"/>
          <w:lang w:val="fr-FR"/>
        </w:rPr>
        <w:t>☐</w:t>
      </w:r>
      <w:r w:rsidRPr="004A7A7B">
        <w:rPr>
          <w:rFonts w:cs="Verdana"/>
          <w:sz w:val="20"/>
          <w:szCs w:val="24"/>
          <w:lang w:val="fr-FR"/>
        </w:rPr>
        <w:t xml:space="preserve"> Oui     ☐ Non</w:t>
      </w:r>
    </w:p>
    <w:p w14:paraId="72A79849" w14:textId="77777777" w:rsidR="00780EDC" w:rsidRDefault="00780EDC">
      <w:pPr>
        <w:spacing w:before="60" w:after="60" w:line="252" w:lineRule="auto"/>
        <w:rPr>
          <w:rFonts w:cs="Verdana"/>
          <w:sz w:val="20"/>
          <w:szCs w:val="24"/>
          <w:lang w:val="fr-FR"/>
        </w:rPr>
      </w:pPr>
    </w:p>
    <w:p w14:paraId="24EAE557" w14:textId="77777777" w:rsidR="00780EDC" w:rsidRDefault="00780EDC">
      <w:pPr>
        <w:spacing w:before="60" w:after="60" w:line="252" w:lineRule="auto"/>
        <w:rPr>
          <w:rFonts w:cs="Verdana"/>
          <w:sz w:val="20"/>
          <w:szCs w:val="24"/>
          <w:lang w:val="fr-FR"/>
        </w:rPr>
      </w:pPr>
    </w:p>
    <w:p w14:paraId="08C2841F" w14:textId="77777777" w:rsidR="00780EDC" w:rsidRDefault="00780EDC">
      <w:pPr>
        <w:spacing w:before="60" w:after="60" w:line="252" w:lineRule="auto"/>
        <w:rPr>
          <w:rFonts w:cs="Verdana"/>
          <w:sz w:val="20"/>
          <w:szCs w:val="24"/>
          <w:lang w:val="fr-FR"/>
        </w:rPr>
      </w:pPr>
    </w:p>
    <w:p w14:paraId="155E2A93" w14:textId="77777777" w:rsidR="00A570F3" w:rsidRDefault="00A570F3">
      <w:pPr>
        <w:spacing w:before="60" w:after="60" w:line="252" w:lineRule="auto"/>
        <w:rPr>
          <w:rFonts w:cs="Verdana"/>
          <w:sz w:val="20"/>
          <w:szCs w:val="24"/>
          <w:lang w:val="fr-FR"/>
        </w:rPr>
      </w:pPr>
    </w:p>
    <w:p w14:paraId="4531E3E4" w14:textId="77777777" w:rsidR="0057382D" w:rsidRDefault="0057382D">
      <w:pPr>
        <w:spacing w:before="60" w:after="60" w:line="252" w:lineRule="auto"/>
        <w:rPr>
          <w:rFonts w:cs="Verdana"/>
          <w:sz w:val="20"/>
          <w:szCs w:val="24"/>
          <w:lang w:val="fr-FR"/>
        </w:rPr>
      </w:pP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3863"/>
        <w:gridCol w:w="6341"/>
      </w:tblGrid>
      <w:tr w:rsidR="003C15A5" w14:paraId="087EAC92" w14:textId="77777777" w:rsidTr="0057382D">
        <w:trPr>
          <w:trHeight w:val="320"/>
        </w:trPr>
        <w:tc>
          <w:tcPr>
            <w:tcW w:w="3956" w:type="dxa"/>
            <w:shd w:val="clear" w:color="auto" w:fill="F28C7B"/>
            <w:tcMar>
              <w:top w:w="95" w:type="dxa"/>
              <w:left w:w="125" w:type="dxa"/>
              <w:bottom w:w="95" w:type="dxa"/>
              <w:right w:w="125" w:type="dxa"/>
            </w:tcMar>
            <w:vAlign w:val="center"/>
          </w:tcPr>
          <w:p w14:paraId="2B195285" w14:textId="557D432C" w:rsidR="003C15A5" w:rsidRDefault="00E17469">
            <w:pPr>
              <w:spacing w:after="0" w:line="247" w:lineRule="auto"/>
              <w:jc w:val="center"/>
            </w:pPr>
            <w:r>
              <w:rPr>
                <w:rFonts w:cs="Verdana"/>
                <w:b/>
                <w:color w:val="FFFFFF"/>
                <w:sz w:val="22"/>
              </w:rPr>
              <w:t>6</w:t>
            </w:r>
          </w:p>
        </w:tc>
        <w:tc>
          <w:tcPr>
            <w:tcW w:w="6498" w:type="dxa"/>
            <w:shd w:val="clear" w:color="auto" w:fill="E8F7F5"/>
            <w:tcMar>
              <w:top w:w="95" w:type="dxa"/>
              <w:left w:w="125" w:type="dxa"/>
              <w:bottom w:w="95" w:type="dxa"/>
              <w:right w:w="125" w:type="dxa"/>
            </w:tcMar>
            <w:vAlign w:val="center"/>
          </w:tcPr>
          <w:p w14:paraId="057F8785" w14:textId="77777777" w:rsidR="003C15A5" w:rsidRDefault="00370613">
            <w:pPr>
              <w:spacing w:after="0" w:line="247" w:lineRule="auto"/>
            </w:pPr>
            <w:r>
              <w:rPr>
                <w:rFonts w:cs="Verdana"/>
                <w:b/>
                <w:color w:val="075F64"/>
                <w:sz w:val="22"/>
              </w:rPr>
              <w:t>Les besoins d’accueil</w:t>
            </w:r>
          </w:p>
        </w:tc>
      </w:tr>
    </w:tbl>
    <w:p w14:paraId="6DAB19BE" w14:textId="77777777" w:rsidR="004A7A7B" w:rsidRPr="004A7A7B" w:rsidRDefault="004A7A7B">
      <w:pPr>
        <w:spacing w:after="80" w:line="252" w:lineRule="auto"/>
        <w:rPr>
          <w:rFonts w:cs="Verdana"/>
          <w:sz w:val="4"/>
          <w:szCs w:val="8"/>
          <w:lang w:val="fr-FR"/>
        </w:rPr>
      </w:pPr>
    </w:p>
    <w:p w14:paraId="7EAF19CD" w14:textId="429BCA42" w:rsidR="003C15A5" w:rsidRPr="004A7A7B" w:rsidRDefault="00370613">
      <w:pPr>
        <w:spacing w:after="80" w:line="252" w:lineRule="auto"/>
        <w:rPr>
          <w:sz w:val="22"/>
          <w:szCs w:val="28"/>
          <w:lang w:val="fr-FR"/>
        </w:rPr>
      </w:pPr>
      <w:r w:rsidRPr="004A7A7B">
        <w:rPr>
          <w:rFonts w:cs="Verdana"/>
          <w:sz w:val="20"/>
          <w:szCs w:val="24"/>
          <w:lang w:val="fr-FR"/>
        </w:rPr>
        <w:t>Cochez les jours concernés puis indiquez l’heure d’arrivée et l’heure de départ.</w:t>
      </w:r>
    </w:p>
    <w:tbl>
      <w:tblPr>
        <w:tblW w:w="5000" w:type="pct"/>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Layout w:type="fixed"/>
        <w:tblLook w:val="04A0" w:firstRow="1" w:lastRow="0" w:firstColumn="1" w:lastColumn="0" w:noHBand="0" w:noVBand="1"/>
      </w:tblPr>
      <w:tblGrid>
        <w:gridCol w:w="2548"/>
        <w:gridCol w:w="2548"/>
        <w:gridCol w:w="2548"/>
        <w:gridCol w:w="2548"/>
      </w:tblGrid>
      <w:tr w:rsidR="003C15A5" w:rsidRPr="004A7A7B" w14:paraId="0B683817" w14:textId="77777777" w:rsidTr="002C6892">
        <w:trPr>
          <w:trHeight w:val="320"/>
        </w:trPr>
        <w:tc>
          <w:tcPr>
            <w:tcW w:w="2494" w:type="dxa"/>
            <w:shd w:val="clear" w:color="auto" w:fill="075F64"/>
            <w:tcMar>
              <w:top w:w="95" w:type="dxa"/>
              <w:left w:w="125" w:type="dxa"/>
              <w:bottom w:w="95" w:type="dxa"/>
              <w:right w:w="125" w:type="dxa"/>
            </w:tcMar>
            <w:vAlign w:val="center"/>
          </w:tcPr>
          <w:p w14:paraId="1E7DD997" w14:textId="77777777" w:rsidR="003C15A5" w:rsidRPr="004A7A7B" w:rsidRDefault="00370613">
            <w:pPr>
              <w:spacing w:after="0" w:line="247" w:lineRule="auto"/>
              <w:jc w:val="center"/>
              <w:rPr>
                <w:sz w:val="20"/>
                <w:szCs w:val="28"/>
              </w:rPr>
            </w:pPr>
            <w:r w:rsidRPr="004A7A7B">
              <w:rPr>
                <w:rFonts w:cs="Verdana"/>
                <w:b/>
                <w:color w:val="FFFFFF"/>
                <w:sz w:val="20"/>
                <w:szCs w:val="28"/>
              </w:rPr>
              <w:t>Jour</w:t>
            </w:r>
          </w:p>
        </w:tc>
        <w:tc>
          <w:tcPr>
            <w:tcW w:w="2494" w:type="dxa"/>
            <w:shd w:val="clear" w:color="auto" w:fill="075F64"/>
            <w:tcMar>
              <w:top w:w="95" w:type="dxa"/>
              <w:left w:w="125" w:type="dxa"/>
              <w:bottom w:w="95" w:type="dxa"/>
              <w:right w:w="125" w:type="dxa"/>
            </w:tcMar>
            <w:vAlign w:val="center"/>
          </w:tcPr>
          <w:p w14:paraId="5D11431B" w14:textId="77777777" w:rsidR="003C15A5" w:rsidRPr="004A7A7B" w:rsidRDefault="00370613">
            <w:pPr>
              <w:spacing w:after="0" w:line="247" w:lineRule="auto"/>
              <w:jc w:val="center"/>
              <w:rPr>
                <w:sz w:val="20"/>
                <w:szCs w:val="28"/>
              </w:rPr>
            </w:pPr>
            <w:r w:rsidRPr="004A7A7B">
              <w:rPr>
                <w:rFonts w:cs="Verdana"/>
                <w:b/>
                <w:color w:val="FFFFFF"/>
                <w:sz w:val="20"/>
                <w:szCs w:val="28"/>
              </w:rPr>
              <w:t>Accueil demandé</w:t>
            </w:r>
          </w:p>
        </w:tc>
        <w:tc>
          <w:tcPr>
            <w:tcW w:w="2494" w:type="dxa"/>
            <w:shd w:val="clear" w:color="auto" w:fill="075F64"/>
            <w:tcMar>
              <w:top w:w="95" w:type="dxa"/>
              <w:left w:w="125" w:type="dxa"/>
              <w:bottom w:w="95" w:type="dxa"/>
              <w:right w:w="125" w:type="dxa"/>
            </w:tcMar>
            <w:vAlign w:val="center"/>
          </w:tcPr>
          <w:p w14:paraId="7A48470F" w14:textId="77777777" w:rsidR="003C15A5" w:rsidRPr="004A7A7B" w:rsidRDefault="00370613">
            <w:pPr>
              <w:spacing w:after="0" w:line="247" w:lineRule="auto"/>
              <w:jc w:val="center"/>
              <w:rPr>
                <w:sz w:val="20"/>
                <w:szCs w:val="28"/>
              </w:rPr>
            </w:pPr>
            <w:r w:rsidRPr="004A7A7B">
              <w:rPr>
                <w:rFonts w:cs="Verdana"/>
                <w:b/>
                <w:color w:val="FFFFFF"/>
                <w:sz w:val="20"/>
                <w:szCs w:val="28"/>
              </w:rPr>
              <w:t>Heure d’arrivée</w:t>
            </w:r>
          </w:p>
        </w:tc>
        <w:tc>
          <w:tcPr>
            <w:tcW w:w="2494" w:type="dxa"/>
            <w:shd w:val="clear" w:color="auto" w:fill="075F64"/>
            <w:tcMar>
              <w:top w:w="95" w:type="dxa"/>
              <w:left w:w="125" w:type="dxa"/>
              <w:bottom w:w="95" w:type="dxa"/>
              <w:right w:w="125" w:type="dxa"/>
            </w:tcMar>
            <w:vAlign w:val="center"/>
          </w:tcPr>
          <w:p w14:paraId="41DB0C00" w14:textId="77777777" w:rsidR="003C15A5" w:rsidRPr="004A7A7B" w:rsidRDefault="00370613">
            <w:pPr>
              <w:spacing w:after="0" w:line="247" w:lineRule="auto"/>
              <w:jc w:val="center"/>
              <w:rPr>
                <w:sz w:val="20"/>
                <w:szCs w:val="28"/>
              </w:rPr>
            </w:pPr>
            <w:r w:rsidRPr="004A7A7B">
              <w:rPr>
                <w:rFonts w:cs="Verdana"/>
                <w:b/>
                <w:color w:val="FFFFFF"/>
                <w:sz w:val="20"/>
                <w:szCs w:val="28"/>
              </w:rPr>
              <w:t>Heure de départ</w:t>
            </w:r>
          </w:p>
        </w:tc>
      </w:tr>
      <w:tr w:rsidR="003C15A5" w:rsidRPr="004A7A7B" w14:paraId="1F7D883E" w14:textId="77777777" w:rsidTr="002C6892">
        <w:trPr>
          <w:trHeight w:val="300"/>
        </w:trPr>
        <w:tc>
          <w:tcPr>
            <w:tcW w:w="2494" w:type="dxa"/>
            <w:shd w:val="clear" w:color="auto" w:fill="F6F8F7"/>
            <w:tcMar>
              <w:top w:w="95" w:type="dxa"/>
              <w:left w:w="125" w:type="dxa"/>
              <w:bottom w:w="95" w:type="dxa"/>
              <w:right w:w="125" w:type="dxa"/>
            </w:tcMar>
            <w:vAlign w:val="center"/>
          </w:tcPr>
          <w:p w14:paraId="383C86E6" w14:textId="77777777" w:rsidR="003C15A5" w:rsidRPr="004A7A7B" w:rsidRDefault="00370613">
            <w:pPr>
              <w:spacing w:after="0" w:line="247" w:lineRule="auto"/>
              <w:rPr>
                <w:sz w:val="20"/>
                <w:szCs w:val="20"/>
              </w:rPr>
            </w:pPr>
            <w:r w:rsidRPr="004A7A7B">
              <w:rPr>
                <w:rFonts w:cs="Verdana"/>
                <w:b/>
                <w:sz w:val="20"/>
                <w:szCs w:val="20"/>
              </w:rPr>
              <w:t>Lundi</w:t>
            </w:r>
          </w:p>
        </w:tc>
        <w:tc>
          <w:tcPr>
            <w:tcW w:w="2268" w:type="dxa"/>
            <w:tcMar>
              <w:top w:w="95" w:type="dxa"/>
              <w:left w:w="125" w:type="dxa"/>
              <w:bottom w:w="95" w:type="dxa"/>
              <w:right w:w="125" w:type="dxa"/>
            </w:tcMar>
            <w:vAlign w:val="center"/>
          </w:tcPr>
          <w:p w14:paraId="050FF668" w14:textId="77777777" w:rsidR="003C15A5" w:rsidRPr="004A7A7B" w:rsidRDefault="00370613">
            <w:pPr>
              <w:spacing w:after="0" w:line="247" w:lineRule="auto"/>
              <w:jc w:val="center"/>
              <w:rPr>
                <w:sz w:val="20"/>
                <w:szCs w:val="20"/>
              </w:rPr>
            </w:pPr>
            <w:r w:rsidRPr="004A7A7B">
              <w:rPr>
                <w:rFonts w:cs="Verdana"/>
                <w:sz w:val="20"/>
                <w:szCs w:val="20"/>
              </w:rPr>
              <w:t>☐</w:t>
            </w:r>
            <w:r w:rsidRPr="004A7A7B">
              <w:rPr>
                <w:rFonts w:cs="Verdana"/>
                <w:sz w:val="20"/>
                <w:szCs w:val="20"/>
              </w:rPr>
              <w:t xml:space="preserve"> Oui     ☐ Non</w:t>
            </w:r>
          </w:p>
        </w:tc>
        <w:tc>
          <w:tcPr>
            <w:tcW w:w="2438" w:type="dxa"/>
            <w:shd w:val="clear" w:color="auto" w:fill="FFFFFF"/>
            <w:tcMar>
              <w:top w:w="95" w:type="dxa"/>
              <w:left w:w="125" w:type="dxa"/>
              <w:bottom w:w="95" w:type="dxa"/>
              <w:right w:w="125" w:type="dxa"/>
            </w:tcMar>
            <w:vAlign w:val="center"/>
          </w:tcPr>
          <w:p w14:paraId="506CA6E2" w14:textId="77777777" w:rsidR="003C15A5" w:rsidRPr="004A7A7B" w:rsidRDefault="00370613">
            <w:pPr>
              <w:spacing w:after="0" w:line="247" w:lineRule="auto"/>
              <w:rPr>
                <w:sz w:val="20"/>
                <w:szCs w:val="20"/>
              </w:rPr>
            </w:pPr>
            <w:sdt>
              <w:sdtPr>
                <w:rPr>
                  <w:sz w:val="20"/>
                  <w:szCs w:val="20"/>
                </w:rPr>
                <w:alias w:val="HH : MM"/>
                <w:tag w:val="HH_:_MM"/>
                <w:id w:val="-742490980"/>
                <w:showingPlcHdr/>
                <w:text/>
              </w:sdtPr>
              <w:sdtEndPr/>
              <w:sdtContent>
                <w:r w:rsidRPr="004A7A7B">
                  <w:rPr>
                    <w:color w:val="788789"/>
                    <w:sz w:val="20"/>
                    <w:szCs w:val="20"/>
                  </w:rPr>
                  <w:t>HH : MM</w:t>
                </w:r>
              </w:sdtContent>
            </w:sdt>
          </w:p>
        </w:tc>
        <w:tc>
          <w:tcPr>
            <w:tcW w:w="2438" w:type="dxa"/>
            <w:shd w:val="clear" w:color="auto" w:fill="FFFFFF"/>
            <w:tcMar>
              <w:top w:w="95" w:type="dxa"/>
              <w:left w:w="125" w:type="dxa"/>
              <w:bottom w:w="95" w:type="dxa"/>
              <w:right w:w="125" w:type="dxa"/>
            </w:tcMar>
            <w:vAlign w:val="center"/>
          </w:tcPr>
          <w:p w14:paraId="734B014B" w14:textId="77777777" w:rsidR="003C15A5" w:rsidRPr="004A7A7B" w:rsidRDefault="00370613">
            <w:pPr>
              <w:spacing w:after="0" w:line="247" w:lineRule="auto"/>
              <w:rPr>
                <w:sz w:val="20"/>
                <w:szCs w:val="20"/>
              </w:rPr>
            </w:pPr>
            <w:sdt>
              <w:sdtPr>
                <w:rPr>
                  <w:sz w:val="20"/>
                  <w:szCs w:val="20"/>
                </w:rPr>
                <w:alias w:val="HH : MM"/>
                <w:tag w:val="HH_:_MM"/>
                <w:id w:val="-656762077"/>
                <w:showingPlcHdr/>
                <w:text/>
              </w:sdtPr>
              <w:sdtEndPr/>
              <w:sdtContent>
                <w:r w:rsidRPr="004A7A7B">
                  <w:rPr>
                    <w:color w:val="788789"/>
                    <w:sz w:val="20"/>
                    <w:szCs w:val="20"/>
                  </w:rPr>
                  <w:t>HH : MM</w:t>
                </w:r>
              </w:sdtContent>
            </w:sdt>
          </w:p>
        </w:tc>
      </w:tr>
      <w:tr w:rsidR="003C15A5" w:rsidRPr="004A7A7B" w14:paraId="3628E335" w14:textId="77777777" w:rsidTr="002C6892">
        <w:trPr>
          <w:trHeight w:val="300"/>
        </w:trPr>
        <w:tc>
          <w:tcPr>
            <w:tcW w:w="2494" w:type="dxa"/>
            <w:shd w:val="clear" w:color="auto" w:fill="F6F8F7"/>
            <w:tcMar>
              <w:top w:w="95" w:type="dxa"/>
              <w:left w:w="125" w:type="dxa"/>
              <w:bottom w:w="95" w:type="dxa"/>
              <w:right w:w="125" w:type="dxa"/>
            </w:tcMar>
            <w:vAlign w:val="center"/>
          </w:tcPr>
          <w:p w14:paraId="2DE07EE0" w14:textId="77777777" w:rsidR="003C15A5" w:rsidRPr="004A7A7B" w:rsidRDefault="00370613">
            <w:pPr>
              <w:spacing w:after="0" w:line="247" w:lineRule="auto"/>
              <w:rPr>
                <w:sz w:val="20"/>
                <w:szCs w:val="20"/>
              </w:rPr>
            </w:pPr>
            <w:r w:rsidRPr="004A7A7B">
              <w:rPr>
                <w:rFonts w:cs="Verdana"/>
                <w:b/>
                <w:sz w:val="20"/>
                <w:szCs w:val="20"/>
              </w:rPr>
              <w:t>Mardi</w:t>
            </w:r>
          </w:p>
        </w:tc>
        <w:tc>
          <w:tcPr>
            <w:tcW w:w="2268" w:type="dxa"/>
            <w:tcMar>
              <w:top w:w="95" w:type="dxa"/>
              <w:left w:w="125" w:type="dxa"/>
              <w:bottom w:w="95" w:type="dxa"/>
              <w:right w:w="125" w:type="dxa"/>
            </w:tcMar>
            <w:vAlign w:val="center"/>
          </w:tcPr>
          <w:p w14:paraId="187034BD" w14:textId="77777777" w:rsidR="003C15A5" w:rsidRPr="004A7A7B" w:rsidRDefault="00370613">
            <w:pPr>
              <w:spacing w:after="0" w:line="247" w:lineRule="auto"/>
              <w:jc w:val="center"/>
              <w:rPr>
                <w:sz w:val="20"/>
                <w:szCs w:val="20"/>
              </w:rPr>
            </w:pPr>
            <w:r w:rsidRPr="004A7A7B">
              <w:rPr>
                <w:rFonts w:cs="Verdana"/>
                <w:sz w:val="20"/>
                <w:szCs w:val="20"/>
              </w:rPr>
              <w:t>☐</w:t>
            </w:r>
            <w:r w:rsidRPr="004A7A7B">
              <w:rPr>
                <w:rFonts w:cs="Verdana"/>
                <w:sz w:val="20"/>
                <w:szCs w:val="20"/>
              </w:rPr>
              <w:t xml:space="preserve"> Oui     ☐ Non</w:t>
            </w:r>
          </w:p>
        </w:tc>
        <w:tc>
          <w:tcPr>
            <w:tcW w:w="2438" w:type="dxa"/>
            <w:shd w:val="clear" w:color="auto" w:fill="FFFFFF"/>
            <w:tcMar>
              <w:top w:w="95" w:type="dxa"/>
              <w:left w:w="125" w:type="dxa"/>
              <w:bottom w:w="95" w:type="dxa"/>
              <w:right w:w="125" w:type="dxa"/>
            </w:tcMar>
            <w:vAlign w:val="center"/>
          </w:tcPr>
          <w:p w14:paraId="23A3F693" w14:textId="77777777" w:rsidR="003C15A5" w:rsidRPr="004A7A7B" w:rsidRDefault="00370613">
            <w:pPr>
              <w:spacing w:after="0" w:line="247" w:lineRule="auto"/>
              <w:rPr>
                <w:sz w:val="20"/>
                <w:szCs w:val="20"/>
              </w:rPr>
            </w:pPr>
            <w:sdt>
              <w:sdtPr>
                <w:rPr>
                  <w:sz w:val="20"/>
                  <w:szCs w:val="20"/>
                </w:rPr>
                <w:alias w:val="HH : MM"/>
                <w:tag w:val="HH_:_MM"/>
                <w:id w:val="-150996083"/>
                <w:showingPlcHdr/>
                <w:text/>
              </w:sdtPr>
              <w:sdtEndPr/>
              <w:sdtContent>
                <w:r w:rsidRPr="004A7A7B">
                  <w:rPr>
                    <w:color w:val="788789"/>
                    <w:sz w:val="20"/>
                    <w:szCs w:val="20"/>
                  </w:rPr>
                  <w:t>HH : MM</w:t>
                </w:r>
              </w:sdtContent>
            </w:sdt>
          </w:p>
        </w:tc>
        <w:tc>
          <w:tcPr>
            <w:tcW w:w="2438" w:type="dxa"/>
            <w:shd w:val="clear" w:color="auto" w:fill="FFFFFF"/>
            <w:tcMar>
              <w:top w:w="95" w:type="dxa"/>
              <w:left w:w="125" w:type="dxa"/>
              <w:bottom w:w="95" w:type="dxa"/>
              <w:right w:w="125" w:type="dxa"/>
            </w:tcMar>
            <w:vAlign w:val="center"/>
          </w:tcPr>
          <w:p w14:paraId="64373CEB" w14:textId="77777777" w:rsidR="003C15A5" w:rsidRPr="004A7A7B" w:rsidRDefault="00370613">
            <w:pPr>
              <w:spacing w:after="0" w:line="247" w:lineRule="auto"/>
              <w:rPr>
                <w:sz w:val="20"/>
                <w:szCs w:val="20"/>
              </w:rPr>
            </w:pPr>
            <w:sdt>
              <w:sdtPr>
                <w:rPr>
                  <w:sz w:val="20"/>
                  <w:szCs w:val="20"/>
                </w:rPr>
                <w:alias w:val="HH : MM"/>
                <w:tag w:val="HH_:_MM"/>
                <w:id w:val="-1372830913"/>
                <w:showingPlcHdr/>
                <w:text/>
              </w:sdtPr>
              <w:sdtEndPr/>
              <w:sdtContent>
                <w:r w:rsidRPr="004A7A7B">
                  <w:rPr>
                    <w:color w:val="788789"/>
                    <w:sz w:val="20"/>
                    <w:szCs w:val="20"/>
                  </w:rPr>
                  <w:t>HH : MM</w:t>
                </w:r>
              </w:sdtContent>
            </w:sdt>
          </w:p>
        </w:tc>
      </w:tr>
      <w:tr w:rsidR="003C15A5" w:rsidRPr="004A7A7B" w14:paraId="344D5083" w14:textId="77777777" w:rsidTr="002C6892">
        <w:trPr>
          <w:trHeight w:val="300"/>
        </w:trPr>
        <w:tc>
          <w:tcPr>
            <w:tcW w:w="2494" w:type="dxa"/>
            <w:shd w:val="clear" w:color="auto" w:fill="F6F8F7"/>
            <w:tcMar>
              <w:top w:w="95" w:type="dxa"/>
              <w:left w:w="125" w:type="dxa"/>
              <w:bottom w:w="95" w:type="dxa"/>
              <w:right w:w="125" w:type="dxa"/>
            </w:tcMar>
            <w:vAlign w:val="center"/>
          </w:tcPr>
          <w:p w14:paraId="59A127F1" w14:textId="77777777" w:rsidR="003C15A5" w:rsidRPr="004A7A7B" w:rsidRDefault="00370613">
            <w:pPr>
              <w:spacing w:after="0" w:line="247" w:lineRule="auto"/>
              <w:rPr>
                <w:sz w:val="20"/>
                <w:szCs w:val="20"/>
              </w:rPr>
            </w:pPr>
            <w:r w:rsidRPr="004A7A7B">
              <w:rPr>
                <w:rFonts w:cs="Verdana"/>
                <w:b/>
                <w:sz w:val="20"/>
                <w:szCs w:val="20"/>
              </w:rPr>
              <w:t>Mercredi</w:t>
            </w:r>
          </w:p>
        </w:tc>
        <w:tc>
          <w:tcPr>
            <w:tcW w:w="2268" w:type="dxa"/>
            <w:tcMar>
              <w:top w:w="95" w:type="dxa"/>
              <w:left w:w="125" w:type="dxa"/>
              <w:bottom w:w="95" w:type="dxa"/>
              <w:right w:w="125" w:type="dxa"/>
            </w:tcMar>
            <w:vAlign w:val="center"/>
          </w:tcPr>
          <w:p w14:paraId="16863187" w14:textId="77777777" w:rsidR="003C15A5" w:rsidRPr="004A7A7B" w:rsidRDefault="00370613">
            <w:pPr>
              <w:spacing w:after="0" w:line="247" w:lineRule="auto"/>
              <w:jc w:val="center"/>
              <w:rPr>
                <w:sz w:val="20"/>
                <w:szCs w:val="20"/>
              </w:rPr>
            </w:pPr>
            <w:r w:rsidRPr="004A7A7B">
              <w:rPr>
                <w:rFonts w:cs="Verdana"/>
                <w:sz w:val="20"/>
                <w:szCs w:val="20"/>
              </w:rPr>
              <w:t>☐</w:t>
            </w:r>
            <w:r w:rsidRPr="004A7A7B">
              <w:rPr>
                <w:rFonts w:cs="Verdana"/>
                <w:sz w:val="20"/>
                <w:szCs w:val="20"/>
              </w:rPr>
              <w:t xml:space="preserve"> Oui     ☐ Non</w:t>
            </w:r>
          </w:p>
        </w:tc>
        <w:tc>
          <w:tcPr>
            <w:tcW w:w="2438" w:type="dxa"/>
            <w:shd w:val="clear" w:color="auto" w:fill="FFFFFF"/>
            <w:tcMar>
              <w:top w:w="95" w:type="dxa"/>
              <w:left w:w="125" w:type="dxa"/>
              <w:bottom w:w="95" w:type="dxa"/>
              <w:right w:w="125" w:type="dxa"/>
            </w:tcMar>
            <w:vAlign w:val="center"/>
          </w:tcPr>
          <w:p w14:paraId="3526CDE1" w14:textId="77777777" w:rsidR="003C15A5" w:rsidRPr="004A7A7B" w:rsidRDefault="00370613">
            <w:pPr>
              <w:spacing w:after="0" w:line="247" w:lineRule="auto"/>
              <w:rPr>
                <w:sz w:val="20"/>
                <w:szCs w:val="20"/>
              </w:rPr>
            </w:pPr>
            <w:sdt>
              <w:sdtPr>
                <w:rPr>
                  <w:sz w:val="20"/>
                  <w:szCs w:val="20"/>
                </w:rPr>
                <w:alias w:val="HH : MM"/>
                <w:tag w:val="HH_:_MM"/>
                <w:id w:val="292184510"/>
                <w:showingPlcHdr/>
                <w:text/>
              </w:sdtPr>
              <w:sdtEndPr/>
              <w:sdtContent>
                <w:r w:rsidRPr="004A7A7B">
                  <w:rPr>
                    <w:color w:val="788789"/>
                    <w:sz w:val="20"/>
                    <w:szCs w:val="20"/>
                  </w:rPr>
                  <w:t>HH : MM</w:t>
                </w:r>
              </w:sdtContent>
            </w:sdt>
          </w:p>
        </w:tc>
        <w:tc>
          <w:tcPr>
            <w:tcW w:w="2438" w:type="dxa"/>
            <w:shd w:val="clear" w:color="auto" w:fill="FFFFFF"/>
            <w:tcMar>
              <w:top w:w="95" w:type="dxa"/>
              <w:left w:w="125" w:type="dxa"/>
              <w:bottom w:w="95" w:type="dxa"/>
              <w:right w:w="125" w:type="dxa"/>
            </w:tcMar>
            <w:vAlign w:val="center"/>
          </w:tcPr>
          <w:p w14:paraId="2CB4EF4E" w14:textId="77777777" w:rsidR="003C15A5" w:rsidRPr="004A7A7B" w:rsidRDefault="00370613">
            <w:pPr>
              <w:spacing w:after="0" w:line="247" w:lineRule="auto"/>
              <w:rPr>
                <w:sz w:val="20"/>
                <w:szCs w:val="20"/>
              </w:rPr>
            </w:pPr>
            <w:sdt>
              <w:sdtPr>
                <w:rPr>
                  <w:sz w:val="20"/>
                  <w:szCs w:val="20"/>
                </w:rPr>
                <w:alias w:val="HH : MM"/>
                <w:tag w:val="HH_:_MM"/>
                <w:id w:val="204142311"/>
                <w:showingPlcHdr/>
                <w:text/>
              </w:sdtPr>
              <w:sdtEndPr/>
              <w:sdtContent>
                <w:r w:rsidRPr="004A7A7B">
                  <w:rPr>
                    <w:color w:val="788789"/>
                    <w:sz w:val="20"/>
                    <w:szCs w:val="20"/>
                  </w:rPr>
                  <w:t>HH : MM</w:t>
                </w:r>
              </w:sdtContent>
            </w:sdt>
          </w:p>
        </w:tc>
      </w:tr>
      <w:tr w:rsidR="003C15A5" w:rsidRPr="004A7A7B" w14:paraId="0F7C187B" w14:textId="77777777" w:rsidTr="002C6892">
        <w:trPr>
          <w:trHeight w:val="300"/>
        </w:trPr>
        <w:tc>
          <w:tcPr>
            <w:tcW w:w="2494" w:type="dxa"/>
            <w:shd w:val="clear" w:color="auto" w:fill="F6F8F7"/>
            <w:tcMar>
              <w:top w:w="95" w:type="dxa"/>
              <w:left w:w="125" w:type="dxa"/>
              <w:bottom w:w="95" w:type="dxa"/>
              <w:right w:w="125" w:type="dxa"/>
            </w:tcMar>
            <w:vAlign w:val="center"/>
          </w:tcPr>
          <w:p w14:paraId="15168EE1" w14:textId="77777777" w:rsidR="003C15A5" w:rsidRPr="004A7A7B" w:rsidRDefault="00370613">
            <w:pPr>
              <w:spacing w:after="0" w:line="247" w:lineRule="auto"/>
              <w:rPr>
                <w:sz w:val="20"/>
                <w:szCs w:val="20"/>
              </w:rPr>
            </w:pPr>
            <w:r w:rsidRPr="004A7A7B">
              <w:rPr>
                <w:rFonts w:cs="Verdana"/>
                <w:b/>
                <w:sz w:val="20"/>
                <w:szCs w:val="20"/>
              </w:rPr>
              <w:t>Jeudi</w:t>
            </w:r>
          </w:p>
        </w:tc>
        <w:tc>
          <w:tcPr>
            <w:tcW w:w="2268" w:type="dxa"/>
            <w:tcMar>
              <w:top w:w="95" w:type="dxa"/>
              <w:left w:w="125" w:type="dxa"/>
              <w:bottom w:w="95" w:type="dxa"/>
              <w:right w:w="125" w:type="dxa"/>
            </w:tcMar>
            <w:vAlign w:val="center"/>
          </w:tcPr>
          <w:p w14:paraId="1D7406B0" w14:textId="77777777" w:rsidR="003C15A5" w:rsidRPr="004A7A7B" w:rsidRDefault="00370613">
            <w:pPr>
              <w:spacing w:after="0" w:line="247" w:lineRule="auto"/>
              <w:jc w:val="center"/>
              <w:rPr>
                <w:sz w:val="20"/>
                <w:szCs w:val="20"/>
              </w:rPr>
            </w:pPr>
            <w:r w:rsidRPr="004A7A7B">
              <w:rPr>
                <w:rFonts w:cs="Verdana"/>
                <w:sz w:val="20"/>
                <w:szCs w:val="20"/>
              </w:rPr>
              <w:t>☐</w:t>
            </w:r>
            <w:r w:rsidRPr="004A7A7B">
              <w:rPr>
                <w:rFonts w:cs="Verdana"/>
                <w:sz w:val="20"/>
                <w:szCs w:val="20"/>
              </w:rPr>
              <w:t xml:space="preserve"> Oui     ☐ Non</w:t>
            </w:r>
          </w:p>
        </w:tc>
        <w:tc>
          <w:tcPr>
            <w:tcW w:w="2438" w:type="dxa"/>
            <w:shd w:val="clear" w:color="auto" w:fill="FFFFFF"/>
            <w:tcMar>
              <w:top w:w="95" w:type="dxa"/>
              <w:left w:w="125" w:type="dxa"/>
              <w:bottom w:w="95" w:type="dxa"/>
              <w:right w:w="125" w:type="dxa"/>
            </w:tcMar>
            <w:vAlign w:val="center"/>
          </w:tcPr>
          <w:p w14:paraId="07314337" w14:textId="77777777" w:rsidR="003C15A5" w:rsidRPr="004A7A7B" w:rsidRDefault="00370613">
            <w:pPr>
              <w:spacing w:after="0" w:line="247" w:lineRule="auto"/>
              <w:rPr>
                <w:sz w:val="20"/>
                <w:szCs w:val="20"/>
              </w:rPr>
            </w:pPr>
            <w:sdt>
              <w:sdtPr>
                <w:rPr>
                  <w:sz w:val="20"/>
                  <w:szCs w:val="20"/>
                </w:rPr>
                <w:alias w:val="HH : MM"/>
                <w:tag w:val="HH_:_MM"/>
                <w:id w:val="1619725100"/>
                <w:showingPlcHdr/>
                <w:text/>
              </w:sdtPr>
              <w:sdtEndPr/>
              <w:sdtContent>
                <w:r w:rsidRPr="004A7A7B">
                  <w:rPr>
                    <w:color w:val="788789"/>
                    <w:sz w:val="20"/>
                    <w:szCs w:val="20"/>
                  </w:rPr>
                  <w:t>HH : MM</w:t>
                </w:r>
              </w:sdtContent>
            </w:sdt>
          </w:p>
        </w:tc>
        <w:tc>
          <w:tcPr>
            <w:tcW w:w="2438" w:type="dxa"/>
            <w:shd w:val="clear" w:color="auto" w:fill="FFFFFF"/>
            <w:tcMar>
              <w:top w:w="95" w:type="dxa"/>
              <w:left w:w="125" w:type="dxa"/>
              <w:bottom w:w="95" w:type="dxa"/>
              <w:right w:w="125" w:type="dxa"/>
            </w:tcMar>
            <w:vAlign w:val="center"/>
          </w:tcPr>
          <w:p w14:paraId="07EC4E14" w14:textId="77777777" w:rsidR="003C15A5" w:rsidRPr="004A7A7B" w:rsidRDefault="00370613">
            <w:pPr>
              <w:spacing w:after="0" w:line="247" w:lineRule="auto"/>
              <w:rPr>
                <w:sz w:val="20"/>
                <w:szCs w:val="20"/>
              </w:rPr>
            </w:pPr>
            <w:sdt>
              <w:sdtPr>
                <w:rPr>
                  <w:sz w:val="20"/>
                  <w:szCs w:val="20"/>
                </w:rPr>
                <w:alias w:val="HH : MM"/>
                <w:tag w:val="HH_:_MM"/>
                <w:id w:val="-592237394"/>
                <w:showingPlcHdr/>
                <w:text/>
              </w:sdtPr>
              <w:sdtEndPr/>
              <w:sdtContent>
                <w:r w:rsidRPr="004A7A7B">
                  <w:rPr>
                    <w:color w:val="788789"/>
                    <w:sz w:val="20"/>
                    <w:szCs w:val="20"/>
                  </w:rPr>
                  <w:t>HH : MM</w:t>
                </w:r>
              </w:sdtContent>
            </w:sdt>
          </w:p>
        </w:tc>
      </w:tr>
      <w:tr w:rsidR="003C15A5" w:rsidRPr="004A7A7B" w14:paraId="5CA27741" w14:textId="77777777" w:rsidTr="002C6892">
        <w:trPr>
          <w:trHeight w:val="300"/>
        </w:trPr>
        <w:tc>
          <w:tcPr>
            <w:tcW w:w="2494" w:type="dxa"/>
            <w:shd w:val="clear" w:color="auto" w:fill="F6F8F7"/>
            <w:tcMar>
              <w:top w:w="95" w:type="dxa"/>
              <w:left w:w="125" w:type="dxa"/>
              <w:bottom w:w="95" w:type="dxa"/>
              <w:right w:w="125" w:type="dxa"/>
            </w:tcMar>
            <w:vAlign w:val="center"/>
          </w:tcPr>
          <w:p w14:paraId="26C3D78A" w14:textId="77777777" w:rsidR="003C15A5" w:rsidRPr="004A7A7B" w:rsidRDefault="00370613">
            <w:pPr>
              <w:spacing w:after="0" w:line="247" w:lineRule="auto"/>
              <w:rPr>
                <w:sz w:val="20"/>
                <w:szCs w:val="20"/>
              </w:rPr>
            </w:pPr>
            <w:r w:rsidRPr="004A7A7B">
              <w:rPr>
                <w:rFonts w:cs="Verdana"/>
                <w:b/>
                <w:sz w:val="20"/>
                <w:szCs w:val="20"/>
              </w:rPr>
              <w:t>Vendredi</w:t>
            </w:r>
          </w:p>
        </w:tc>
        <w:tc>
          <w:tcPr>
            <w:tcW w:w="2268" w:type="dxa"/>
            <w:tcMar>
              <w:top w:w="95" w:type="dxa"/>
              <w:left w:w="125" w:type="dxa"/>
              <w:bottom w:w="95" w:type="dxa"/>
              <w:right w:w="125" w:type="dxa"/>
            </w:tcMar>
            <w:vAlign w:val="center"/>
          </w:tcPr>
          <w:p w14:paraId="42308D18" w14:textId="77777777" w:rsidR="003C15A5" w:rsidRPr="004A7A7B" w:rsidRDefault="00370613">
            <w:pPr>
              <w:spacing w:after="0" w:line="247" w:lineRule="auto"/>
              <w:jc w:val="center"/>
              <w:rPr>
                <w:sz w:val="20"/>
                <w:szCs w:val="20"/>
              </w:rPr>
            </w:pPr>
            <w:r w:rsidRPr="004A7A7B">
              <w:rPr>
                <w:rFonts w:cs="Verdana"/>
                <w:sz w:val="20"/>
                <w:szCs w:val="20"/>
              </w:rPr>
              <w:t>☐</w:t>
            </w:r>
            <w:r w:rsidRPr="004A7A7B">
              <w:rPr>
                <w:rFonts w:cs="Verdana"/>
                <w:sz w:val="20"/>
                <w:szCs w:val="20"/>
              </w:rPr>
              <w:t xml:space="preserve"> Oui     ☐ Non</w:t>
            </w:r>
          </w:p>
        </w:tc>
        <w:tc>
          <w:tcPr>
            <w:tcW w:w="2438" w:type="dxa"/>
            <w:shd w:val="clear" w:color="auto" w:fill="FFFFFF"/>
            <w:tcMar>
              <w:top w:w="95" w:type="dxa"/>
              <w:left w:w="125" w:type="dxa"/>
              <w:bottom w:w="95" w:type="dxa"/>
              <w:right w:w="125" w:type="dxa"/>
            </w:tcMar>
            <w:vAlign w:val="center"/>
          </w:tcPr>
          <w:p w14:paraId="5BA1A1E4" w14:textId="77777777" w:rsidR="003C15A5" w:rsidRPr="004A7A7B" w:rsidRDefault="00370613">
            <w:pPr>
              <w:spacing w:after="0" w:line="247" w:lineRule="auto"/>
              <w:rPr>
                <w:sz w:val="20"/>
                <w:szCs w:val="20"/>
              </w:rPr>
            </w:pPr>
            <w:sdt>
              <w:sdtPr>
                <w:rPr>
                  <w:sz w:val="20"/>
                  <w:szCs w:val="20"/>
                </w:rPr>
                <w:alias w:val="HH : MM"/>
                <w:tag w:val="HH_:_MM"/>
                <w:id w:val="1917823367"/>
                <w:showingPlcHdr/>
                <w:text/>
              </w:sdtPr>
              <w:sdtEndPr/>
              <w:sdtContent>
                <w:r w:rsidRPr="004A7A7B">
                  <w:rPr>
                    <w:color w:val="788789"/>
                    <w:sz w:val="20"/>
                    <w:szCs w:val="20"/>
                  </w:rPr>
                  <w:t>HH : MM</w:t>
                </w:r>
              </w:sdtContent>
            </w:sdt>
          </w:p>
        </w:tc>
        <w:tc>
          <w:tcPr>
            <w:tcW w:w="2438" w:type="dxa"/>
            <w:shd w:val="clear" w:color="auto" w:fill="FFFFFF"/>
            <w:tcMar>
              <w:top w:w="95" w:type="dxa"/>
              <w:left w:w="125" w:type="dxa"/>
              <w:bottom w:w="95" w:type="dxa"/>
              <w:right w:w="125" w:type="dxa"/>
            </w:tcMar>
            <w:vAlign w:val="center"/>
          </w:tcPr>
          <w:p w14:paraId="62CC8F4D" w14:textId="77777777" w:rsidR="003C15A5" w:rsidRPr="004A7A7B" w:rsidRDefault="00370613">
            <w:pPr>
              <w:spacing w:after="0" w:line="247" w:lineRule="auto"/>
              <w:rPr>
                <w:sz w:val="20"/>
                <w:szCs w:val="20"/>
              </w:rPr>
            </w:pPr>
            <w:sdt>
              <w:sdtPr>
                <w:rPr>
                  <w:sz w:val="20"/>
                  <w:szCs w:val="20"/>
                </w:rPr>
                <w:alias w:val="HH : MM"/>
                <w:tag w:val="HH_:_MM"/>
                <w:id w:val="-249514862"/>
                <w:showingPlcHdr/>
                <w:text/>
              </w:sdtPr>
              <w:sdtEndPr/>
              <w:sdtContent>
                <w:r w:rsidRPr="004A7A7B">
                  <w:rPr>
                    <w:color w:val="788789"/>
                    <w:sz w:val="20"/>
                    <w:szCs w:val="20"/>
                  </w:rPr>
                  <w:t>HH : MM</w:t>
                </w:r>
              </w:sdtContent>
            </w:sdt>
          </w:p>
        </w:tc>
      </w:tr>
    </w:tbl>
    <w:p w14:paraId="5FC5E33C" w14:textId="58079112" w:rsidR="003C15A5" w:rsidRPr="004A7A7B" w:rsidRDefault="00370613">
      <w:pPr>
        <w:spacing w:before="100" w:after="60" w:line="252" w:lineRule="auto"/>
        <w:rPr>
          <w:sz w:val="20"/>
          <w:szCs w:val="20"/>
          <w:lang w:val="fr-FR"/>
        </w:rPr>
      </w:pPr>
      <w:r w:rsidRPr="004A7A7B">
        <w:rPr>
          <w:rFonts w:cs="Verdana"/>
          <w:b/>
          <w:sz w:val="20"/>
          <w:szCs w:val="20"/>
          <w:lang w:val="fr-FR"/>
        </w:rPr>
        <w:t>Précisions utiles concernant votre demande</w:t>
      </w:r>
    </w:p>
    <w:tbl>
      <w:tblPr>
        <w:tblW w:w="5000" w:type="pct"/>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Look w:val="04A0" w:firstRow="1" w:lastRow="0" w:firstColumn="1" w:lastColumn="0" w:noHBand="0" w:noVBand="1"/>
      </w:tblPr>
      <w:tblGrid>
        <w:gridCol w:w="10192"/>
      </w:tblGrid>
      <w:tr w:rsidR="003C15A5" w:rsidRPr="00A570F3" w14:paraId="265F8571" w14:textId="77777777" w:rsidTr="002C6892">
        <w:trPr>
          <w:trHeight w:val="320"/>
        </w:trPr>
        <w:tc>
          <w:tcPr>
            <w:tcW w:w="9978" w:type="dxa"/>
            <w:shd w:val="clear" w:color="auto" w:fill="FFFFFF"/>
            <w:tcMar>
              <w:top w:w="95" w:type="dxa"/>
              <w:left w:w="125" w:type="dxa"/>
              <w:bottom w:w="95" w:type="dxa"/>
              <w:right w:w="125" w:type="dxa"/>
            </w:tcMar>
            <w:vAlign w:val="center"/>
          </w:tcPr>
          <w:p w14:paraId="45AB60D8" w14:textId="77777777" w:rsidR="003C15A5" w:rsidRPr="004A7A7B" w:rsidRDefault="00370613">
            <w:pPr>
              <w:spacing w:after="0" w:line="247" w:lineRule="auto"/>
              <w:rPr>
                <w:sz w:val="20"/>
                <w:szCs w:val="20"/>
                <w:lang w:val="fr-FR"/>
              </w:rPr>
            </w:pPr>
            <w:sdt>
              <w:sdtPr>
                <w:rPr>
                  <w:sz w:val="20"/>
                  <w:szCs w:val="20"/>
                </w:rPr>
                <w:alias w:val="Cliquez ici pour préciser votre organisation, vos contraintes horaires ou toute information utile."/>
                <w:tag w:val="Cliquez_ici_pour_préciser_votre_organisation,_vos_contraintes_horaires_ou_toute_information_utile."/>
                <w:id w:val="-1538198401"/>
                <w:showingPlcHdr/>
                <w:text w:multiLine="1"/>
              </w:sdtPr>
              <w:sdtEndPr/>
              <w:sdtContent>
                <w:r w:rsidRPr="004A7A7B">
                  <w:rPr>
                    <w:color w:val="788789"/>
                    <w:sz w:val="20"/>
                    <w:szCs w:val="20"/>
                    <w:lang w:val="fr-FR"/>
                  </w:rPr>
                  <w:t>Cliquez ici pour préciser votre organisation, vos contraintes horaires ou toute information utile.</w:t>
                </w:r>
              </w:sdtContent>
            </w:sdt>
          </w:p>
          <w:p w14:paraId="5AAF1576" w14:textId="77777777" w:rsidR="003C15A5" w:rsidRPr="004A7A7B" w:rsidRDefault="00370613">
            <w:pPr>
              <w:spacing w:after="0" w:line="247" w:lineRule="auto"/>
              <w:rPr>
                <w:sz w:val="20"/>
                <w:szCs w:val="20"/>
                <w:lang w:val="fr-FR"/>
              </w:rPr>
            </w:pPr>
            <w:r w:rsidRPr="004A7A7B">
              <w:rPr>
                <w:rFonts w:cs="Verdana"/>
                <w:sz w:val="20"/>
                <w:szCs w:val="20"/>
                <w:lang w:val="fr-FR"/>
              </w:rPr>
              <w:t xml:space="preserve"> </w:t>
            </w:r>
          </w:p>
          <w:p w14:paraId="09D7254A" w14:textId="77777777" w:rsidR="003C15A5" w:rsidRDefault="00370613">
            <w:pPr>
              <w:spacing w:after="0" w:line="247" w:lineRule="auto"/>
              <w:rPr>
                <w:rFonts w:cs="Verdana"/>
                <w:sz w:val="20"/>
                <w:szCs w:val="20"/>
                <w:lang w:val="fr-FR"/>
              </w:rPr>
            </w:pPr>
            <w:r w:rsidRPr="004A7A7B">
              <w:rPr>
                <w:rFonts w:cs="Verdana"/>
                <w:sz w:val="20"/>
                <w:szCs w:val="20"/>
                <w:lang w:val="fr-FR"/>
              </w:rPr>
              <w:t xml:space="preserve"> </w:t>
            </w:r>
          </w:p>
          <w:p w14:paraId="52D8A454" w14:textId="77777777" w:rsidR="004A7A7B" w:rsidRDefault="004A7A7B">
            <w:pPr>
              <w:spacing w:after="0" w:line="247" w:lineRule="auto"/>
              <w:rPr>
                <w:sz w:val="20"/>
                <w:szCs w:val="20"/>
                <w:lang w:val="fr-FR"/>
              </w:rPr>
            </w:pPr>
          </w:p>
          <w:p w14:paraId="1407FE84" w14:textId="77777777" w:rsidR="004A7A7B" w:rsidRDefault="004A7A7B">
            <w:pPr>
              <w:spacing w:after="0" w:line="247" w:lineRule="auto"/>
              <w:rPr>
                <w:sz w:val="20"/>
                <w:szCs w:val="20"/>
                <w:lang w:val="fr-FR"/>
              </w:rPr>
            </w:pPr>
          </w:p>
          <w:p w14:paraId="6DDB2965" w14:textId="77777777" w:rsidR="004A7A7B" w:rsidRPr="004A7A7B" w:rsidRDefault="004A7A7B">
            <w:pPr>
              <w:spacing w:after="0" w:line="247" w:lineRule="auto"/>
              <w:rPr>
                <w:sz w:val="20"/>
                <w:szCs w:val="20"/>
                <w:lang w:val="fr-FR"/>
              </w:rPr>
            </w:pPr>
          </w:p>
          <w:p w14:paraId="1DBE3E0F" w14:textId="77777777" w:rsidR="003C15A5" w:rsidRPr="004A7A7B" w:rsidRDefault="00370613">
            <w:pPr>
              <w:spacing w:after="0" w:line="247" w:lineRule="auto"/>
              <w:rPr>
                <w:sz w:val="20"/>
                <w:szCs w:val="20"/>
                <w:lang w:val="fr-FR"/>
              </w:rPr>
            </w:pPr>
            <w:r w:rsidRPr="004A7A7B">
              <w:rPr>
                <w:rFonts w:cs="Verdana"/>
                <w:sz w:val="20"/>
                <w:szCs w:val="20"/>
                <w:lang w:val="fr-FR"/>
              </w:rPr>
              <w:t xml:space="preserve"> </w:t>
            </w:r>
          </w:p>
        </w:tc>
      </w:tr>
    </w:tbl>
    <w:p w14:paraId="3CD38BB2" w14:textId="77777777" w:rsidR="003C15A5" w:rsidRPr="00D82FD4" w:rsidRDefault="003C15A5">
      <w:pPr>
        <w:spacing w:before="140" w:after="40" w:line="252" w:lineRule="auto"/>
        <w:rPr>
          <w:lang w:val="fr-FR"/>
        </w:rPr>
      </w:pPr>
    </w:p>
    <w:tbl>
      <w:tblPr>
        <w:tblW w:w="4831"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3860"/>
        <w:gridCol w:w="5999"/>
      </w:tblGrid>
      <w:tr w:rsidR="003C15A5" w14:paraId="195899CB" w14:textId="77777777" w:rsidTr="0057382D">
        <w:trPr>
          <w:trHeight w:val="320"/>
        </w:trPr>
        <w:tc>
          <w:tcPr>
            <w:tcW w:w="3953" w:type="dxa"/>
            <w:shd w:val="clear" w:color="auto" w:fill="F28C7B"/>
            <w:tcMar>
              <w:top w:w="95" w:type="dxa"/>
              <w:left w:w="125" w:type="dxa"/>
              <w:bottom w:w="95" w:type="dxa"/>
              <w:right w:w="125" w:type="dxa"/>
            </w:tcMar>
            <w:vAlign w:val="center"/>
          </w:tcPr>
          <w:p w14:paraId="1AA31218" w14:textId="6C2C08CD" w:rsidR="003C15A5" w:rsidRDefault="00E17469">
            <w:pPr>
              <w:spacing w:after="0" w:line="247" w:lineRule="auto"/>
              <w:jc w:val="center"/>
            </w:pPr>
            <w:r>
              <w:rPr>
                <w:rFonts w:cs="Verdana"/>
                <w:b/>
                <w:color w:val="FFFFFF"/>
                <w:sz w:val="22"/>
              </w:rPr>
              <w:t>7</w:t>
            </w:r>
          </w:p>
        </w:tc>
        <w:tc>
          <w:tcPr>
            <w:tcW w:w="6147" w:type="dxa"/>
            <w:shd w:val="clear" w:color="auto" w:fill="FFF5D8"/>
            <w:tcMar>
              <w:top w:w="95" w:type="dxa"/>
              <w:left w:w="125" w:type="dxa"/>
              <w:bottom w:w="95" w:type="dxa"/>
              <w:right w:w="125" w:type="dxa"/>
            </w:tcMar>
            <w:vAlign w:val="center"/>
          </w:tcPr>
          <w:p w14:paraId="7CF9E1CE" w14:textId="77777777" w:rsidR="003C15A5" w:rsidRDefault="00370613">
            <w:pPr>
              <w:spacing w:after="0" w:line="247" w:lineRule="auto"/>
            </w:pPr>
            <w:r>
              <w:rPr>
                <w:rFonts w:cs="Verdana"/>
                <w:b/>
                <w:color w:val="075F64"/>
                <w:sz w:val="22"/>
              </w:rPr>
              <w:t>Validation de la demande</w:t>
            </w:r>
          </w:p>
        </w:tc>
      </w:tr>
    </w:tbl>
    <w:p w14:paraId="7710C142" w14:textId="77777777" w:rsidR="003C15A5" w:rsidRDefault="00370613">
      <w:pPr>
        <w:spacing w:before="60" w:after="60" w:line="252" w:lineRule="auto"/>
        <w:rPr>
          <w:rFonts w:cs="Verdana"/>
          <w:sz w:val="20"/>
          <w:szCs w:val="24"/>
          <w:lang w:val="fr-FR"/>
        </w:rPr>
      </w:pPr>
      <w:r w:rsidRPr="004A7A7B">
        <w:rPr>
          <w:rFonts w:cs="Verdana"/>
          <w:b/>
          <w:sz w:val="20"/>
          <w:szCs w:val="24"/>
          <w:lang w:val="fr-FR"/>
        </w:rPr>
        <w:t xml:space="preserve">Je certifie l’exactitude des renseignements fournis. *  </w:t>
      </w:r>
      <w:r w:rsidRPr="004A7A7B">
        <w:rPr>
          <w:rFonts w:cs="Verdana"/>
          <w:sz w:val="20"/>
          <w:szCs w:val="24"/>
          <w:lang w:val="fr-FR"/>
        </w:rPr>
        <w:t>☐</w:t>
      </w:r>
      <w:r w:rsidRPr="004A7A7B">
        <w:rPr>
          <w:rFonts w:cs="Verdana"/>
          <w:sz w:val="20"/>
          <w:szCs w:val="24"/>
          <w:lang w:val="fr-FR"/>
        </w:rPr>
        <w:t xml:space="preserve"> Oui</w:t>
      </w:r>
    </w:p>
    <w:p w14:paraId="2C45D83F" w14:textId="77777777" w:rsidR="004A7A7B" w:rsidRPr="004A7A7B" w:rsidRDefault="004A7A7B">
      <w:pPr>
        <w:spacing w:before="60" w:after="60" w:line="252" w:lineRule="auto"/>
        <w:rPr>
          <w:sz w:val="20"/>
          <w:szCs w:val="24"/>
          <w:lang w:val="fr-FR"/>
        </w:rPr>
      </w:pPr>
    </w:p>
    <w:tbl>
      <w:tblPr>
        <w:tblW w:w="5000" w:type="pct"/>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Layout w:type="fixed"/>
        <w:tblLook w:val="04A0" w:firstRow="1" w:lastRow="0" w:firstColumn="1" w:lastColumn="0" w:noHBand="0" w:noVBand="1"/>
      </w:tblPr>
      <w:tblGrid>
        <w:gridCol w:w="2998"/>
        <w:gridCol w:w="7194"/>
      </w:tblGrid>
      <w:tr w:rsidR="003C15A5" w:rsidRPr="004A7A7B" w14:paraId="2B26CBFF" w14:textId="77777777" w:rsidTr="002C6892">
        <w:trPr>
          <w:trHeight w:val="320"/>
        </w:trPr>
        <w:tc>
          <w:tcPr>
            <w:tcW w:w="2835" w:type="dxa"/>
            <w:shd w:val="clear" w:color="auto" w:fill="F6F8F7"/>
            <w:tcMar>
              <w:top w:w="95" w:type="dxa"/>
              <w:left w:w="125" w:type="dxa"/>
              <w:bottom w:w="95" w:type="dxa"/>
              <w:right w:w="125" w:type="dxa"/>
            </w:tcMar>
            <w:vAlign w:val="center"/>
          </w:tcPr>
          <w:p w14:paraId="58D2E9E0" w14:textId="77777777" w:rsidR="003C15A5" w:rsidRPr="004A7A7B" w:rsidRDefault="00370613">
            <w:pPr>
              <w:spacing w:after="0" w:line="247" w:lineRule="auto"/>
              <w:rPr>
                <w:sz w:val="20"/>
                <w:szCs w:val="24"/>
              </w:rPr>
            </w:pPr>
            <w:r w:rsidRPr="004A7A7B">
              <w:rPr>
                <w:rFonts w:cs="Verdana"/>
                <w:b/>
                <w:sz w:val="20"/>
                <w:szCs w:val="24"/>
              </w:rPr>
              <w:t>Fait à *</w:t>
            </w:r>
          </w:p>
        </w:tc>
        <w:tc>
          <w:tcPr>
            <w:tcW w:w="6803" w:type="dxa"/>
            <w:shd w:val="clear" w:color="auto" w:fill="FFFFFF"/>
            <w:tcMar>
              <w:top w:w="95" w:type="dxa"/>
              <w:left w:w="125" w:type="dxa"/>
              <w:bottom w:w="95" w:type="dxa"/>
              <w:right w:w="125" w:type="dxa"/>
            </w:tcMar>
            <w:vAlign w:val="center"/>
          </w:tcPr>
          <w:p w14:paraId="2E631B9B" w14:textId="77777777" w:rsidR="003C15A5" w:rsidRPr="004A7A7B" w:rsidRDefault="00370613">
            <w:pPr>
              <w:spacing w:after="0" w:line="247" w:lineRule="auto"/>
              <w:rPr>
                <w:sz w:val="20"/>
                <w:szCs w:val="24"/>
              </w:rPr>
            </w:pPr>
            <w:sdt>
              <w:sdtPr>
                <w:rPr>
                  <w:sz w:val="20"/>
                  <w:szCs w:val="24"/>
                </w:rPr>
                <w:alias w:val="Commune"/>
                <w:tag w:val="Commune"/>
                <w:id w:val="270126660"/>
                <w:showingPlcHdr/>
                <w:text/>
              </w:sdtPr>
              <w:sdtEndPr/>
              <w:sdtContent>
                <w:r w:rsidRPr="004A7A7B">
                  <w:rPr>
                    <w:color w:val="788789"/>
                    <w:sz w:val="20"/>
                    <w:szCs w:val="24"/>
                  </w:rPr>
                  <w:t>Commune</w:t>
                </w:r>
              </w:sdtContent>
            </w:sdt>
          </w:p>
        </w:tc>
      </w:tr>
      <w:tr w:rsidR="003C15A5" w:rsidRPr="004A7A7B" w14:paraId="149A8CB1" w14:textId="77777777" w:rsidTr="002C6892">
        <w:trPr>
          <w:trHeight w:val="300"/>
        </w:trPr>
        <w:tc>
          <w:tcPr>
            <w:tcW w:w="2835" w:type="dxa"/>
            <w:shd w:val="clear" w:color="auto" w:fill="F6F8F7"/>
            <w:tcMar>
              <w:top w:w="95" w:type="dxa"/>
              <w:left w:w="125" w:type="dxa"/>
              <w:bottom w:w="95" w:type="dxa"/>
              <w:right w:w="125" w:type="dxa"/>
            </w:tcMar>
            <w:vAlign w:val="center"/>
          </w:tcPr>
          <w:p w14:paraId="0A6CC271" w14:textId="77777777" w:rsidR="003C15A5" w:rsidRPr="004A7A7B" w:rsidRDefault="00370613">
            <w:pPr>
              <w:spacing w:after="0" w:line="247" w:lineRule="auto"/>
              <w:rPr>
                <w:sz w:val="20"/>
                <w:szCs w:val="24"/>
              </w:rPr>
            </w:pPr>
            <w:r w:rsidRPr="004A7A7B">
              <w:rPr>
                <w:rFonts w:cs="Verdana"/>
                <w:b/>
                <w:sz w:val="20"/>
                <w:szCs w:val="24"/>
              </w:rPr>
              <w:t>Le *</w:t>
            </w:r>
          </w:p>
        </w:tc>
        <w:tc>
          <w:tcPr>
            <w:tcW w:w="6803" w:type="dxa"/>
            <w:shd w:val="clear" w:color="auto" w:fill="FFFFFF"/>
            <w:tcMar>
              <w:top w:w="95" w:type="dxa"/>
              <w:left w:w="125" w:type="dxa"/>
              <w:bottom w:w="95" w:type="dxa"/>
              <w:right w:w="125" w:type="dxa"/>
            </w:tcMar>
            <w:vAlign w:val="center"/>
          </w:tcPr>
          <w:p w14:paraId="096C2380" w14:textId="77777777" w:rsidR="003C15A5" w:rsidRPr="004A7A7B" w:rsidRDefault="00370613">
            <w:pPr>
              <w:spacing w:after="0" w:line="247" w:lineRule="auto"/>
              <w:rPr>
                <w:sz w:val="20"/>
                <w:szCs w:val="24"/>
              </w:rPr>
            </w:pPr>
            <w:sdt>
              <w:sdtPr>
                <w:rPr>
                  <w:sz w:val="20"/>
                  <w:szCs w:val="24"/>
                </w:rPr>
                <w:alias w:val="JJ / MM / AAAA"/>
                <w:tag w:val="JJ_/_MM_/_AAAA"/>
                <w:id w:val="1749071171"/>
                <w:showingPlcHdr/>
                <w:text/>
              </w:sdtPr>
              <w:sdtEndPr/>
              <w:sdtContent>
                <w:r w:rsidRPr="004A7A7B">
                  <w:rPr>
                    <w:color w:val="788789"/>
                    <w:sz w:val="20"/>
                    <w:szCs w:val="24"/>
                  </w:rPr>
                  <w:t>JJ / MM / AAAA</w:t>
                </w:r>
              </w:sdtContent>
            </w:sdt>
          </w:p>
        </w:tc>
      </w:tr>
      <w:tr w:rsidR="003C15A5" w:rsidRPr="004A7A7B" w14:paraId="35E0273B" w14:textId="77777777" w:rsidTr="002C6892">
        <w:trPr>
          <w:trHeight w:val="300"/>
        </w:trPr>
        <w:tc>
          <w:tcPr>
            <w:tcW w:w="2835" w:type="dxa"/>
            <w:shd w:val="clear" w:color="auto" w:fill="F6F8F7"/>
            <w:tcMar>
              <w:top w:w="95" w:type="dxa"/>
              <w:left w:w="125" w:type="dxa"/>
              <w:bottom w:w="95" w:type="dxa"/>
              <w:right w:w="125" w:type="dxa"/>
            </w:tcMar>
            <w:vAlign w:val="center"/>
          </w:tcPr>
          <w:p w14:paraId="081415B5" w14:textId="77777777" w:rsidR="003C15A5" w:rsidRPr="004A7A7B" w:rsidRDefault="00370613">
            <w:pPr>
              <w:spacing w:after="0" w:line="247" w:lineRule="auto"/>
              <w:rPr>
                <w:sz w:val="20"/>
                <w:szCs w:val="24"/>
              </w:rPr>
            </w:pPr>
            <w:r w:rsidRPr="004A7A7B">
              <w:rPr>
                <w:rFonts w:cs="Verdana"/>
                <w:b/>
                <w:sz w:val="20"/>
                <w:szCs w:val="24"/>
              </w:rPr>
              <w:t>Nom du signataire *</w:t>
            </w:r>
          </w:p>
        </w:tc>
        <w:tc>
          <w:tcPr>
            <w:tcW w:w="6803" w:type="dxa"/>
            <w:shd w:val="clear" w:color="auto" w:fill="FFFFFF"/>
            <w:tcMar>
              <w:top w:w="95" w:type="dxa"/>
              <w:left w:w="125" w:type="dxa"/>
              <w:bottom w:w="95" w:type="dxa"/>
              <w:right w:w="125" w:type="dxa"/>
            </w:tcMar>
            <w:vAlign w:val="center"/>
          </w:tcPr>
          <w:p w14:paraId="05916519" w14:textId="77777777" w:rsidR="003C15A5" w:rsidRPr="004A7A7B" w:rsidRDefault="00370613">
            <w:pPr>
              <w:spacing w:after="0" w:line="247" w:lineRule="auto"/>
              <w:rPr>
                <w:sz w:val="20"/>
                <w:szCs w:val="24"/>
              </w:rPr>
            </w:pPr>
            <w:sdt>
              <w:sdtPr>
                <w:rPr>
                  <w:sz w:val="20"/>
                  <w:szCs w:val="24"/>
                </w:rPr>
                <w:alias w:val="Nom et prénom"/>
                <w:tag w:val="Nom_et_prénom"/>
                <w:id w:val="680705585"/>
                <w:showingPlcHdr/>
                <w:text/>
              </w:sdtPr>
              <w:sdtEndPr/>
              <w:sdtContent>
                <w:r w:rsidRPr="004A7A7B">
                  <w:rPr>
                    <w:color w:val="788789"/>
                    <w:sz w:val="20"/>
                    <w:szCs w:val="24"/>
                  </w:rPr>
                  <w:t>Nom et prénom</w:t>
                </w:r>
              </w:sdtContent>
            </w:sdt>
          </w:p>
        </w:tc>
      </w:tr>
    </w:tbl>
    <w:p w14:paraId="6C0D9BB0" w14:textId="77777777" w:rsidR="008734FB" w:rsidRDefault="008734FB">
      <w:pPr>
        <w:spacing w:after="60" w:line="252" w:lineRule="auto"/>
        <w:rPr>
          <w:rFonts w:cs="Verdana"/>
          <w:b/>
          <w:sz w:val="20"/>
          <w:szCs w:val="24"/>
        </w:rPr>
      </w:pPr>
    </w:p>
    <w:p w14:paraId="734DD048" w14:textId="456FC60C" w:rsidR="003C15A5" w:rsidRPr="004A7A7B" w:rsidRDefault="00370613">
      <w:pPr>
        <w:spacing w:after="60" w:line="252" w:lineRule="auto"/>
        <w:rPr>
          <w:sz w:val="20"/>
          <w:szCs w:val="24"/>
        </w:rPr>
      </w:pPr>
      <w:proofErr w:type="gramStart"/>
      <w:r w:rsidRPr="004A7A7B">
        <w:rPr>
          <w:rFonts w:cs="Verdana"/>
          <w:b/>
          <w:sz w:val="20"/>
          <w:szCs w:val="24"/>
        </w:rPr>
        <w:t>Signature :</w:t>
      </w:r>
      <w:proofErr w:type="gramEnd"/>
    </w:p>
    <w:tbl>
      <w:tblPr>
        <w:tblW w:w="5000" w:type="pct"/>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Look w:val="04A0" w:firstRow="1" w:lastRow="0" w:firstColumn="1" w:lastColumn="0" w:noHBand="0" w:noVBand="1"/>
      </w:tblPr>
      <w:tblGrid>
        <w:gridCol w:w="10192"/>
      </w:tblGrid>
      <w:tr w:rsidR="003C15A5" w:rsidRPr="00A570F3" w14:paraId="30CED844" w14:textId="77777777" w:rsidTr="002C6892">
        <w:trPr>
          <w:trHeight w:val="320"/>
        </w:trPr>
        <w:tc>
          <w:tcPr>
            <w:tcW w:w="9978" w:type="dxa"/>
            <w:shd w:val="clear" w:color="auto" w:fill="FFFFFF"/>
            <w:tcMar>
              <w:top w:w="95" w:type="dxa"/>
              <w:left w:w="125" w:type="dxa"/>
              <w:bottom w:w="95" w:type="dxa"/>
              <w:right w:w="125" w:type="dxa"/>
            </w:tcMar>
            <w:vAlign w:val="center"/>
          </w:tcPr>
          <w:p w14:paraId="0B3C4FCC" w14:textId="77777777" w:rsidR="003C15A5" w:rsidRPr="004A7A7B" w:rsidRDefault="00370613">
            <w:pPr>
              <w:spacing w:after="0" w:line="247" w:lineRule="auto"/>
              <w:rPr>
                <w:sz w:val="20"/>
                <w:szCs w:val="24"/>
                <w:lang w:val="fr-FR"/>
              </w:rPr>
            </w:pPr>
            <w:sdt>
              <w:sdtPr>
                <w:rPr>
                  <w:sz w:val="20"/>
                  <w:szCs w:val="24"/>
                </w:rPr>
                <w:alias w:val="Insérer une signature ou signer après impression"/>
                <w:tag w:val="Insérer_une_signature_ou_signer_après_impression"/>
                <w:id w:val="-1309314761"/>
                <w:showingPlcHdr/>
                <w:text w:multiLine="1"/>
              </w:sdtPr>
              <w:sdtEndPr/>
              <w:sdtContent>
                <w:r w:rsidRPr="004A7A7B">
                  <w:rPr>
                    <w:color w:val="788789"/>
                    <w:szCs w:val="24"/>
                    <w:lang w:val="fr-FR"/>
                  </w:rPr>
                  <w:t>Insérer une signature ou signer après impression</w:t>
                </w:r>
              </w:sdtContent>
            </w:sdt>
          </w:p>
          <w:p w14:paraId="551F23FD" w14:textId="77777777" w:rsidR="003C15A5" w:rsidRDefault="00370613">
            <w:pPr>
              <w:spacing w:after="0" w:line="247" w:lineRule="auto"/>
              <w:rPr>
                <w:rFonts w:cs="Verdana"/>
                <w:sz w:val="20"/>
                <w:szCs w:val="24"/>
                <w:lang w:val="fr-FR"/>
              </w:rPr>
            </w:pPr>
            <w:r w:rsidRPr="004A7A7B">
              <w:rPr>
                <w:rFonts w:cs="Verdana"/>
                <w:sz w:val="20"/>
                <w:szCs w:val="24"/>
                <w:lang w:val="fr-FR"/>
              </w:rPr>
              <w:t xml:space="preserve"> </w:t>
            </w:r>
          </w:p>
          <w:p w14:paraId="756882D3" w14:textId="77777777" w:rsidR="008734FB" w:rsidRDefault="008734FB">
            <w:pPr>
              <w:spacing w:after="0" w:line="247" w:lineRule="auto"/>
              <w:rPr>
                <w:sz w:val="20"/>
                <w:szCs w:val="24"/>
                <w:lang w:val="fr-FR"/>
              </w:rPr>
            </w:pPr>
          </w:p>
          <w:p w14:paraId="23CDFF7B" w14:textId="77777777" w:rsidR="008734FB" w:rsidRPr="004A7A7B" w:rsidRDefault="008734FB">
            <w:pPr>
              <w:spacing w:after="0" w:line="247" w:lineRule="auto"/>
              <w:rPr>
                <w:sz w:val="20"/>
                <w:szCs w:val="24"/>
                <w:lang w:val="fr-FR"/>
              </w:rPr>
            </w:pPr>
          </w:p>
        </w:tc>
      </w:tr>
    </w:tbl>
    <w:p w14:paraId="0A4B8698" w14:textId="77777777" w:rsidR="003C15A5" w:rsidRPr="00D82FD4" w:rsidRDefault="00370613">
      <w:pPr>
        <w:spacing w:after="60" w:line="252" w:lineRule="auto"/>
        <w:rPr>
          <w:lang w:val="fr-FR"/>
        </w:rPr>
      </w:pPr>
      <w:r w:rsidRPr="00D82FD4">
        <w:rPr>
          <w:rFonts w:cs="Verdana"/>
          <w:b/>
          <w:lang w:val="fr-FR"/>
        </w:rPr>
        <w:t>Protection de vos données personnelles</w:t>
      </w:r>
    </w:p>
    <w:p w14:paraId="4F832684" w14:textId="719DFDD9" w:rsidR="008734FB" w:rsidRPr="008734FB" w:rsidRDefault="008734FB" w:rsidP="008734FB">
      <w:pPr>
        <w:jc w:val="both"/>
        <w:rPr>
          <w:i/>
          <w:iCs/>
          <w:sz w:val="15"/>
          <w:szCs w:val="15"/>
          <w:lang w:val="fr-FR"/>
        </w:rPr>
      </w:pPr>
      <w:r w:rsidRPr="008734FB">
        <w:rPr>
          <w:i/>
          <w:iCs/>
          <w:sz w:val="15"/>
          <w:szCs w:val="15"/>
          <w:lang w:val="fr-FR"/>
        </w:rPr>
        <w:t xml:space="preserve">La Ville de </w:t>
      </w:r>
      <w:proofErr w:type="spellStart"/>
      <w:r w:rsidRPr="008734FB">
        <w:rPr>
          <w:i/>
          <w:iCs/>
          <w:sz w:val="15"/>
          <w:szCs w:val="15"/>
          <w:lang w:val="fr-FR"/>
        </w:rPr>
        <w:t>Saint-Nom-la-Bretèche</w:t>
      </w:r>
      <w:proofErr w:type="spellEnd"/>
      <w:r w:rsidRPr="008734FB">
        <w:rPr>
          <w:i/>
          <w:iCs/>
          <w:sz w:val="15"/>
          <w:szCs w:val="15"/>
          <w:lang w:val="fr-FR"/>
        </w:rPr>
        <w:t>, représentée par son Maire, dont le siège est l’Hôtel de Ville sis 32 Rue de la Font des Vaux, vous demande de remplir un dossier de demande de place en crèche recueillant des données à caractère personnel pour la gestion des attributions de places en crèche. Ces données à caractère personnel sont recueillies dans le cadre des missions de service public de la Ville conformément aux dispositions de l’article 6.1.e) du Règlement européen sur la protection des données (RGPD). Elles seront conservées jusqu’à l’entrée de votre enfant en petite section de maternelle. En aucun cas, elles ne seront utilisées à des fins commerciales, cédées ou transférées à des tiers. Vous pouvez accéder aux données vous concernant, ou demander leur effacement. Vous disposez également d’un droit d’opposition, d’un droit de rectification, d’un droit à la limitation du traitement de vos données et d’un droit à la portabilité de celles-ci. Le consentement exprès lié aux conditions d’usage des informations à la préinscription en crèche pourra être retirée à tout moment.</w:t>
      </w:r>
    </w:p>
    <w:p w14:paraId="2D6116B3" w14:textId="77777777" w:rsidR="008734FB" w:rsidRPr="008734FB" w:rsidRDefault="008734FB" w:rsidP="008734FB">
      <w:pPr>
        <w:rPr>
          <w:lang w:val="fr-FR"/>
        </w:rPr>
      </w:pPr>
    </w:p>
    <w:p w14:paraId="0A0E011C" w14:textId="43D9F747" w:rsidR="003C15A5" w:rsidRPr="00101079" w:rsidRDefault="00370613">
      <w:pPr>
        <w:pStyle w:val="Titre"/>
        <w:spacing w:after="60" w:line="252" w:lineRule="auto"/>
        <w:jc w:val="center"/>
        <w:rPr>
          <w:sz w:val="36"/>
          <w:szCs w:val="48"/>
          <w:lang w:val="fr-FR"/>
        </w:rPr>
      </w:pPr>
      <w:r w:rsidRPr="00101079">
        <w:rPr>
          <w:rFonts w:ascii="Verdana" w:eastAsia="Verdana" w:hAnsi="Verdana" w:cs="Verdana"/>
          <w:sz w:val="36"/>
          <w:szCs w:val="48"/>
          <w:lang w:val="fr-FR"/>
        </w:rPr>
        <w:t>Votre préinscription en pratique</w:t>
      </w:r>
    </w:p>
    <w:p w14:paraId="564D4B43" w14:textId="77777777" w:rsidR="003C15A5" w:rsidRDefault="00370613">
      <w:pPr>
        <w:spacing w:after="160" w:line="252" w:lineRule="auto"/>
        <w:jc w:val="center"/>
        <w:rPr>
          <w:rFonts w:cs="Verdana"/>
          <w:color w:val="075F64"/>
          <w:sz w:val="20"/>
          <w:szCs w:val="20"/>
          <w:lang w:val="fr-FR"/>
        </w:rPr>
      </w:pPr>
      <w:r w:rsidRPr="00101079">
        <w:rPr>
          <w:rFonts w:cs="Verdana"/>
          <w:color w:val="075F64"/>
          <w:sz w:val="20"/>
          <w:szCs w:val="20"/>
          <w:lang w:val="fr-FR"/>
        </w:rPr>
        <w:t xml:space="preserve">Pièces à </w:t>
      </w:r>
      <w:proofErr w:type="gramStart"/>
      <w:r w:rsidRPr="00101079">
        <w:rPr>
          <w:rFonts w:cs="Verdana"/>
          <w:color w:val="075F64"/>
          <w:sz w:val="20"/>
          <w:szCs w:val="20"/>
          <w:lang w:val="fr-FR"/>
        </w:rPr>
        <w:t>joindre  •</w:t>
      </w:r>
      <w:proofErr w:type="gramEnd"/>
      <w:r w:rsidRPr="00101079">
        <w:rPr>
          <w:rFonts w:cs="Verdana"/>
          <w:color w:val="075F64"/>
          <w:sz w:val="20"/>
          <w:szCs w:val="20"/>
          <w:lang w:val="fr-FR"/>
        </w:rPr>
        <w:t xml:space="preserve">  </w:t>
      </w:r>
      <w:proofErr w:type="gramStart"/>
      <w:r w:rsidRPr="00101079">
        <w:rPr>
          <w:rFonts w:cs="Verdana"/>
          <w:color w:val="075F64"/>
          <w:sz w:val="20"/>
          <w:szCs w:val="20"/>
          <w:lang w:val="fr-FR"/>
        </w:rPr>
        <w:t>Calendrier  •</w:t>
      </w:r>
      <w:proofErr w:type="gramEnd"/>
      <w:r w:rsidRPr="00101079">
        <w:rPr>
          <w:rFonts w:cs="Verdana"/>
          <w:color w:val="075F64"/>
          <w:sz w:val="20"/>
          <w:szCs w:val="20"/>
          <w:lang w:val="fr-FR"/>
        </w:rPr>
        <w:t xml:space="preserve">  Suite de la demande</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204"/>
        <w:gridCol w:w="6000"/>
      </w:tblGrid>
      <w:tr w:rsidR="003C15A5" w:rsidRPr="00101079" w14:paraId="5D3941A8" w14:textId="77777777" w:rsidTr="002C6892">
        <w:trPr>
          <w:trHeight w:val="320"/>
        </w:trPr>
        <w:tc>
          <w:tcPr>
            <w:tcW w:w="4111" w:type="dxa"/>
            <w:shd w:val="clear" w:color="auto" w:fill="F28C7B"/>
            <w:tcMar>
              <w:top w:w="95" w:type="dxa"/>
              <w:left w:w="125" w:type="dxa"/>
              <w:bottom w:w="95" w:type="dxa"/>
              <w:right w:w="125" w:type="dxa"/>
            </w:tcMar>
            <w:vAlign w:val="center"/>
          </w:tcPr>
          <w:p w14:paraId="242E00A3" w14:textId="77777777" w:rsidR="003C15A5" w:rsidRPr="00101079" w:rsidRDefault="00370613">
            <w:pPr>
              <w:spacing w:after="0" w:line="247" w:lineRule="auto"/>
              <w:jc w:val="center"/>
              <w:rPr>
                <w:sz w:val="16"/>
                <w:szCs w:val="20"/>
              </w:rPr>
            </w:pPr>
            <w:r w:rsidRPr="00101079">
              <w:rPr>
                <w:rFonts w:cs="Verdana"/>
                <w:b/>
                <w:color w:val="FFFFFF"/>
                <w:sz w:val="20"/>
                <w:szCs w:val="20"/>
              </w:rPr>
              <w:t>1</w:t>
            </w:r>
          </w:p>
        </w:tc>
        <w:tc>
          <w:tcPr>
            <w:tcW w:w="5867" w:type="dxa"/>
            <w:shd w:val="clear" w:color="auto" w:fill="E8F7F5"/>
            <w:tcMar>
              <w:top w:w="95" w:type="dxa"/>
              <w:left w:w="125" w:type="dxa"/>
              <w:bottom w:w="95" w:type="dxa"/>
              <w:right w:w="125" w:type="dxa"/>
            </w:tcMar>
            <w:vAlign w:val="center"/>
          </w:tcPr>
          <w:p w14:paraId="13DB402A" w14:textId="77777777" w:rsidR="003C15A5" w:rsidRPr="00101079" w:rsidRDefault="00370613">
            <w:pPr>
              <w:spacing w:after="0" w:line="247" w:lineRule="auto"/>
              <w:rPr>
                <w:sz w:val="16"/>
                <w:szCs w:val="20"/>
              </w:rPr>
            </w:pPr>
            <w:proofErr w:type="spellStart"/>
            <w:r w:rsidRPr="00101079">
              <w:rPr>
                <w:rFonts w:cs="Verdana"/>
                <w:b/>
                <w:color w:val="075F64"/>
                <w:sz w:val="20"/>
                <w:szCs w:val="20"/>
              </w:rPr>
              <w:t>Préparer</w:t>
            </w:r>
            <w:proofErr w:type="spellEnd"/>
            <w:r w:rsidRPr="00101079">
              <w:rPr>
                <w:rFonts w:cs="Verdana"/>
                <w:b/>
                <w:color w:val="075F64"/>
                <w:sz w:val="20"/>
                <w:szCs w:val="20"/>
              </w:rPr>
              <w:t xml:space="preserve"> un dossier </w:t>
            </w:r>
            <w:proofErr w:type="spellStart"/>
            <w:r w:rsidRPr="00101079">
              <w:rPr>
                <w:rFonts w:cs="Verdana"/>
                <w:b/>
                <w:color w:val="075F64"/>
                <w:sz w:val="20"/>
                <w:szCs w:val="20"/>
              </w:rPr>
              <w:t>complet</w:t>
            </w:r>
            <w:proofErr w:type="spellEnd"/>
          </w:p>
        </w:tc>
      </w:tr>
    </w:tbl>
    <w:p w14:paraId="7F89B856" w14:textId="77777777" w:rsidR="008734FB" w:rsidRPr="00101079" w:rsidRDefault="00370613">
      <w:pPr>
        <w:spacing w:after="80" w:line="252" w:lineRule="auto"/>
        <w:rPr>
          <w:rFonts w:cs="Verdana"/>
          <w:lang w:val="fr-FR"/>
        </w:rPr>
      </w:pPr>
      <w:r w:rsidRPr="00101079">
        <w:rPr>
          <w:rFonts w:cs="Verdana"/>
          <w:lang w:val="fr-FR"/>
        </w:rPr>
        <w:t xml:space="preserve">La demande peut être déposée à partir du quatrième mois de grossesse révolu. </w:t>
      </w:r>
    </w:p>
    <w:p w14:paraId="78989EEC" w14:textId="0FD87EEB" w:rsidR="003C15A5" w:rsidRPr="00101079" w:rsidRDefault="00370613">
      <w:pPr>
        <w:spacing w:after="80" w:line="252" w:lineRule="auto"/>
        <w:rPr>
          <w:lang w:val="fr-FR"/>
        </w:rPr>
      </w:pPr>
      <w:r w:rsidRPr="00101079">
        <w:rPr>
          <w:rFonts w:cs="Verdana"/>
          <w:lang w:val="fr-FR"/>
        </w:rPr>
        <w:t>Joignez une copie lisible des documents suivants :</w:t>
      </w:r>
    </w:p>
    <w:p w14:paraId="1215BC39" w14:textId="77777777" w:rsidR="003C15A5" w:rsidRPr="00101079" w:rsidRDefault="00370613" w:rsidP="008734FB">
      <w:pPr>
        <w:spacing w:after="60" w:line="252" w:lineRule="auto"/>
        <w:ind w:left="709" w:hanging="227"/>
        <w:rPr>
          <w:lang w:val="fr-FR"/>
        </w:rPr>
      </w:pPr>
      <w:proofErr w:type="gramStart"/>
      <w:r w:rsidRPr="00101079">
        <w:rPr>
          <w:rFonts w:cs="Verdana"/>
          <w:b/>
          <w:color w:val="77B86A"/>
          <w:lang w:val="fr-FR"/>
        </w:rPr>
        <w:t>☐</w:t>
      </w:r>
      <w:r w:rsidRPr="00101079">
        <w:rPr>
          <w:rFonts w:cs="Verdana"/>
          <w:b/>
          <w:color w:val="77B86A"/>
          <w:lang w:val="fr-FR"/>
        </w:rPr>
        <w:t xml:space="preserve">  </w:t>
      </w:r>
      <w:r w:rsidRPr="00101079">
        <w:rPr>
          <w:rFonts w:cs="Verdana"/>
          <w:lang w:val="fr-FR"/>
        </w:rPr>
        <w:t>la</w:t>
      </w:r>
      <w:proofErr w:type="gramEnd"/>
      <w:r w:rsidRPr="00101079">
        <w:rPr>
          <w:rFonts w:cs="Verdana"/>
          <w:lang w:val="fr-FR"/>
        </w:rPr>
        <w:t xml:space="preserve"> pièce d’identité des deux responsables légaux ;</w:t>
      </w:r>
    </w:p>
    <w:p w14:paraId="66E28D2E" w14:textId="77777777" w:rsidR="003C15A5" w:rsidRPr="00101079" w:rsidRDefault="00370613" w:rsidP="008734FB">
      <w:pPr>
        <w:spacing w:after="60" w:line="252" w:lineRule="auto"/>
        <w:ind w:left="709" w:hanging="227"/>
        <w:rPr>
          <w:lang w:val="fr-FR"/>
        </w:rPr>
      </w:pPr>
      <w:proofErr w:type="gramStart"/>
      <w:r w:rsidRPr="00101079">
        <w:rPr>
          <w:rFonts w:cs="Verdana"/>
          <w:b/>
          <w:color w:val="77B86A"/>
          <w:lang w:val="fr-FR"/>
        </w:rPr>
        <w:t>☐</w:t>
      </w:r>
      <w:r w:rsidRPr="00101079">
        <w:rPr>
          <w:rFonts w:cs="Verdana"/>
          <w:b/>
          <w:color w:val="77B86A"/>
          <w:lang w:val="fr-FR"/>
        </w:rPr>
        <w:t xml:space="preserve">  </w:t>
      </w:r>
      <w:r w:rsidRPr="00101079">
        <w:rPr>
          <w:rFonts w:cs="Verdana"/>
          <w:lang w:val="fr-FR"/>
        </w:rPr>
        <w:t>un</w:t>
      </w:r>
      <w:proofErr w:type="gramEnd"/>
      <w:r w:rsidRPr="00101079">
        <w:rPr>
          <w:rFonts w:cs="Verdana"/>
          <w:lang w:val="fr-FR"/>
        </w:rPr>
        <w:t xml:space="preserve"> justificatif de domicile de moins de trois mois : promesse de vente, quittance de loyer, facture d’énergie ou de téléphonie, y compris téléphone mobile avec forfait d’accès à internet ;</w:t>
      </w:r>
    </w:p>
    <w:p w14:paraId="1C4EF993" w14:textId="77777777" w:rsidR="003C15A5" w:rsidRPr="00101079" w:rsidRDefault="00370613" w:rsidP="008734FB">
      <w:pPr>
        <w:spacing w:after="60" w:line="252" w:lineRule="auto"/>
        <w:ind w:left="709" w:hanging="227"/>
        <w:rPr>
          <w:lang w:val="fr-FR"/>
        </w:rPr>
      </w:pPr>
      <w:proofErr w:type="gramStart"/>
      <w:r w:rsidRPr="00101079">
        <w:rPr>
          <w:rFonts w:cs="Verdana"/>
          <w:b/>
          <w:color w:val="77B86A"/>
          <w:lang w:val="fr-FR"/>
        </w:rPr>
        <w:t>☐</w:t>
      </w:r>
      <w:r w:rsidRPr="00101079">
        <w:rPr>
          <w:rFonts w:cs="Verdana"/>
          <w:b/>
          <w:color w:val="77B86A"/>
          <w:lang w:val="fr-FR"/>
        </w:rPr>
        <w:t xml:space="preserve">  </w:t>
      </w:r>
      <w:r w:rsidRPr="00101079">
        <w:rPr>
          <w:rFonts w:cs="Verdana"/>
          <w:lang w:val="fr-FR"/>
        </w:rPr>
        <w:t>une</w:t>
      </w:r>
      <w:proofErr w:type="gramEnd"/>
      <w:r w:rsidRPr="00101079">
        <w:rPr>
          <w:rFonts w:cs="Verdana"/>
          <w:lang w:val="fr-FR"/>
        </w:rPr>
        <w:t xml:space="preserve"> attestation de grossesse, le livret de famille ou un extrait d’acte de naissance.</w:t>
      </w:r>
    </w:p>
    <w:p w14:paraId="429DA970" w14:textId="77777777" w:rsidR="008734FB" w:rsidRPr="00101079" w:rsidRDefault="008734FB">
      <w:pPr>
        <w:spacing w:after="80" w:line="252" w:lineRule="auto"/>
        <w:rPr>
          <w:rFonts w:cs="Verdana"/>
          <w:b/>
          <w:lang w:val="fr-FR"/>
        </w:rPr>
      </w:pPr>
    </w:p>
    <w:p w14:paraId="1CC94A68" w14:textId="4002B319" w:rsidR="003C15A5" w:rsidRPr="00101079" w:rsidRDefault="00370613">
      <w:pPr>
        <w:spacing w:after="80" w:line="252" w:lineRule="auto"/>
        <w:rPr>
          <w:lang w:val="fr-FR"/>
        </w:rPr>
      </w:pPr>
      <w:r w:rsidRPr="00101079">
        <w:rPr>
          <w:rFonts w:cs="Verdana"/>
          <w:b/>
          <w:lang w:val="fr-FR"/>
        </w:rPr>
        <w:t>Tout dossier incomplet ou comportant des informations erronées ne pourra pas être validé.</w:t>
      </w:r>
    </w:p>
    <w:p w14:paraId="1361AED5" w14:textId="1111A2B6" w:rsidR="003C15A5" w:rsidRPr="00101079" w:rsidRDefault="00370613" w:rsidP="008734FB">
      <w:pPr>
        <w:spacing w:after="80" w:line="252" w:lineRule="auto"/>
        <w:rPr>
          <w:rFonts w:cs="Verdana"/>
          <w:b/>
          <w:lang w:val="fr-FR"/>
        </w:rPr>
      </w:pPr>
      <w:r w:rsidRPr="00101079">
        <w:rPr>
          <w:rFonts w:cs="Verdana"/>
          <w:b/>
          <w:lang w:val="fr-FR"/>
        </w:rPr>
        <w:t xml:space="preserve">Dépôt : à l’accueil de la mairie ou par courriel à </w:t>
      </w:r>
      <w:r w:rsidR="008734FB">
        <w:fldChar w:fldCharType="begin"/>
      </w:r>
      <w:r w:rsidR="008734FB" w:rsidRPr="007006AF">
        <w:rPr>
          <w:lang w:val="fr-FR"/>
        </w:rPr>
        <w:instrText>HYPERLINK "mailto:scolaire@mairiesnlb.fr"</w:instrText>
      </w:r>
      <w:r w:rsidR="008734FB">
        <w:fldChar w:fldCharType="separate"/>
      </w:r>
      <w:r w:rsidR="008734FB" w:rsidRPr="00101079">
        <w:rPr>
          <w:rStyle w:val="Lienhypertexte"/>
          <w:rFonts w:cs="Verdana"/>
          <w:b/>
          <w:lang w:val="fr-FR"/>
        </w:rPr>
        <w:t>scolaire@mairiesnlb.fr</w:t>
      </w:r>
      <w:r w:rsidR="008734FB">
        <w:fldChar w:fldCharType="end"/>
      </w:r>
    </w:p>
    <w:p w14:paraId="28ED92E0" w14:textId="77777777" w:rsidR="008734FB" w:rsidRPr="00101079" w:rsidRDefault="008734FB" w:rsidP="008734FB">
      <w:pPr>
        <w:spacing w:after="80" w:line="252" w:lineRule="auto"/>
        <w:rPr>
          <w:sz w:val="8"/>
          <w:szCs w:val="12"/>
          <w:lang w:val="fr-FR"/>
        </w:rPr>
      </w:pP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204"/>
        <w:gridCol w:w="6000"/>
      </w:tblGrid>
      <w:tr w:rsidR="003C15A5" w:rsidRPr="007006AF" w14:paraId="54428C19" w14:textId="77777777" w:rsidTr="002C6892">
        <w:trPr>
          <w:trHeight w:val="320"/>
        </w:trPr>
        <w:tc>
          <w:tcPr>
            <w:tcW w:w="4111" w:type="dxa"/>
            <w:shd w:val="clear" w:color="auto" w:fill="F28C7B"/>
            <w:tcMar>
              <w:top w:w="95" w:type="dxa"/>
              <w:left w:w="125" w:type="dxa"/>
              <w:bottom w:w="95" w:type="dxa"/>
              <w:right w:w="125" w:type="dxa"/>
            </w:tcMar>
            <w:vAlign w:val="center"/>
          </w:tcPr>
          <w:p w14:paraId="41E49CE2" w14:textId="77777777" w:rsidR="003C15A5" w:rsidRPr="00101079" w:rsidRDefault="00370613">
            <w:pPr>
              <w:spacing w:after="0" w:line="247" w:lineRule="auto"/>
              <w:jc w:val="center"/>
              <w:rPr>
                <w:sz w:val="16"/>
                <w:szCs w:val="20"/>
              </w:rPr>
            </w:pPr>
            <w:r w:rsidRPr="00101079">
              <w:rPr>
                <w:rFonts w:cs="Verdana"/>
                <w:b/>
                <w:color w:val="FFFFFF"/>
                <w:sz w:val="20"/>
                <w:szCs w:val="20"/>
              </w:rPr>
              <w:t>2</w:t>
            </w:r>
          </w:p>
        </w:tc>
        <w:tc>
          <w:tcPr>
            <w:tcW w:w="5867" w:type="dxa"/>
            <w:shd w:val="clear" w:color="auto" w:fill="EDF7EA"/>
            <w:tcMar>
              <w:top w:w="95" w:type="dxa"/>
              <w:left w:w="125" w:type="dxa"/>
              <w:bottom w:w="95" w:type="dxa"/>
              <w:right w:w="125" w:type="dxa"/>
            </w:tcMar>
            <w:vAlign w:val="center"/>
          </w:tcPr>
          <w:p w14:paraId="7A637313" w14:textId="77777777" w:rsidR="003C15A5" w:rsidRPr="00101079" w:rsidRDefault="00370613">
            <w:pPr>
              <w:spacing w:after="0" w:line="247" w:lineRule="auto"/>
              <w:rPr>
                <w:sz w:val="16"/>
                <w:szCs w:val="20"/>
                <w:lang w:val="fr-FR"/>
              </w:rPr>
            </w:pPr>
            <w:r w:rsidRPr="00101079">
              <w:rPr>
                <w:rFonts w:cs="Verdana"/>
                <w:b/>
                <w:color w:val="075F64"/>
                <w:sz w:val="20"/>
                <w:szCs w:val="20"/>
                <w:lang w:val="fr-FR"/>
              </w:rPr>
              <w:t xml:space="preserve">Repérer le </w:t>
            </w:r>
            <w:proofErr w:type="spellStart"/>
            <w:r w:rsidRPr="00101079">
              <w:rPr>
                <w:rFonts w:cs="Verdana"/>
                <w:b/>
                <w:color w:val="075F64"/>
                <w:sz w:val="20"/>
                <w:szCs w:val="20"/>
                <w:lang w:val="fr-FR"/>
              </w:rPr>
              <w:t>mois</w:t>
            </w:r>
            <w:proofErr w:type="spellEnd"/>
            <w:r w:rsidRPr="00101079">
              <w:rPr>
                <w:rFonts w:cs="Verdana"/>
                <w:b/>
                <w:color w:val="075F64"/>
                <w:sz w:val="20"/>
                <w:szCs w:val="20"/>
                <w:lang w:val="fr-FR"/>
              </w:rPr>
              <w:t xml:space="preserve"> possible de dépôt</w:t>
            </w:r>
          </w:p>
        </w:tc>
      </w:tr>
    </w:tbl>
    <w:p w14:paraId="18058003" w14:textId="77777777" w:rsidR="003C15A5" w:rsidRPr="00101079" w:rsidRDefault="00370613">
      <w:pPr>
        <w:spacing w:after="80" w:line="252" w:lineRule="auto"/>
        <w:rPr>
          <w:szCs w:val="18"/>
          <w:lang w:val="fr-FR"/>
        </w:rPr>
      </w:pPr>
      <w:r w:rsidRPr="00101079">
        <w:rPr>
          <w:rFonts w:cs="Verdana"/>
          <w:szCs w:val="18"/>
          <w:lang w:val="fr-FR"/>
        </w:rPr>
        <w:t>La préinscription est possible à compter de quatre mois révolus de grossesse, soit quatre mois et un jour après le début de grossesse.</w:t>
      </w:r>
    </w:p>
    <w:tbl>
      <w:tblPr>
        <w:tblW w:w="5000" w:type="pct"/>
        <w:tblBorders>
          <w:top w:val="single" w:sz="5" w:space="0" w:color="D8E4E2"/>
          <w:left w:val="single" w:sz="5" w:space="0" w:color="D8E4E2"/>
          <w:bottom w:val="single" w:sz="5" w:space="0" w:color="D8E4E2"/>
          <w:right w:val="single" w:sz="5" w:space="0" w:color="D8E4E2"/>
          <w:insideH w:val="single" w:sz="5" w:space="0" w:color="D8E4E2"/>
          <w:insideV w:val="single" w:sz="5" w:space="0" w:color="D8E4E2"/>
        </w:tblBorders>
        <w:tblLayout w:type="fixed"/>
        <w:tblLook w:val="04A0" w:firstRow="1" w:lastRow="0" w:firstColumn="1" w:lastColumn="0" w:noHBand="0" w:noVBand="1"/>
      </w:tblPr>
      <w:tblGrid>
        <w:gridCol w:w="3269"/>
        <w:gridCol w:w="3646"/>
        <w:gridCol w:w="3277"/>
      </w:tblGrid>
      <w:tr w:rsidR="003C15A5" w:rsidRPr="00101079" w14:paraId="775039FA" w14:textId="77777777" w:rsidTr="002C6892">
        <w:trPr>
          <w:trHeight w:hRule="exact" w:val="397"/>
        </w:trPr>
        <w:tc>
          <w:tcPr>
            <w:tcW w:w="3203" w:type="dxa"/>
            <w:shd w:val="clear" w:color="auto" w:fill="075F64"/>
            <w:tcMar>
              <w:top w:w="95" w:type="dxa"/>
              <w:left w:w="125" w:type="dxa"/>
              <w:bottom w:w="95" w:type="dxa"/>
              <w:right w:w="125" w:type="dxa"/>
            </w:tcMar>
            <w:vAlign w:val="center"/>
          </w:tcPr>
          <w:p w14:paraId="260CC045" w14:textId="77777777" w:rsidR="003C15A5" w:rsidRPr="00101079" w:rsidRDefault="00370613">
            <w:pPr>
              <w:spacing w:after="0" w:line="247" w:lineRule="auto"/>
              <w:jc w:val="center"/>
              <w:rPr>
                <w:szCs w:val="18"/>
              </w:rPr>
            </w:pPr>
            <w:r w:rsidRPr="00101079">
              <w:rPr>
                <w:rFonts w:cs="Verdana"/>
                <w:b/>
                <w:color w:val="FFFFFF"/>
                <w:szCs w:val="18"/>
              </w:rPr>
              <w:t xml:space="preserve">Début de </w:t>
            </w:r>
            <w:proofErr w:type="spellStart"/>
            <w:r w:rsidRPr="00101079">
              <w:rPr>
                <w:rFonts w:cs="Verdana"/>
                <w:b/>
                <w:color w:val="FFFFFF"/>
                <w:szCs w:val="18"/>
              </w:rPr>
              <w:t>grossesse</w:t>
            </w:r>
            <w:proofErr w:type="spellEnd"/>
          </w:p>
        </w:tc>
        <w:tc>
          <w:tcPr>
            <w:tcW w:w="3572" w:type="dxa"/>
            <w:shd w:val="clear" w:color="auto" w:fill="075F64"/>
            <w:tcMar>
              <w:top w:w="95" w:type="dxa"/>
              <w:left w:w="125" w:type="dxa"/>
              <w:bottom w:w="95" w:type="dxa"/>
              <w:right w:w="125" w:type="dxa"/>
            </w:tcMar>
            <w:vAlign w:val="center"/>
          </w:tcPr>
          <w:p w14:paraId="5238CDFD" w14:textId="77777777" w:rsidR="003C15A5" w:rsidRPr="00101079" w:rsidRDefault="00370613">
            <w:pPr>
              <w:spacing w:after="0" w:line="247" w:lineRule="auto"/>
              <w:jc w:val="center"/>
              <w:rPr>
                <w:szCs w:val="18"/>
              </w:rPr>
            </w:pPr>
            <w:proofErr w:type="spellStart"/>
            <w:r w:rsidRPr="00101079">
              <w:rPr>
                <w:rFonts w:cs="Verdana"/>
                <w:b/>
                <w:color w:val="FFFFFF"/>
                <w:szCs w:val="18"/>
              </w:rPr>
              <w:t>Mois</w:t>
            </w:r>
            <w:proofErr w:type="spellEnd"/>
            <w:r w:rsidRPr="00101079">
              <w:rPr>
                <w:rFonts w:cs="Verdana"/>
                <w:b/>
                <w:color w:val="FFFFFF"/>
                <w:szCs w:val="18"/>
              </w:rPr>
              <w:t xml:space="preserve"> de </w:t>
            </w:r>
            <w:proofErr w:type="spellStart"/>
            <w:r w:rsidRPr="00101079">
              <w:rPr>
                <w:rFonts w:cs="Verdana"/>
                <w:b/>
                <w:color w:val="FFFFFF"/>
                <w:szCs w:val="18"/>
              </w:rPr>
              <w:t>dépôt</w:t>
            </w:r>
            <w:proofErr w:type="spellEnd"/>
            <w:r w:rsidRPr="00101079">
              <w:rPr>
                <w:rFonts w:cs="Verdana"/>
                <w:b/>
                <w:color w:val="FFFFFF"/>
                <w:szCs w:val="18"/>
              </w:rPr>
              <w:t xml:space="preserve"> possible</w:t>
            </w:r>
          </w:p>
        </w:tc>
        <w:tc>
          <w:tcPr>
            <w:tcW w:w="3210" w:type="dxa"/>
            <w:shd w:val="clear" w:color="auto" w:fill="075F64"/>
            <w:tcMar>
              <w:top w:w="95" w:type="dxa"/>
              <w:left w:w="125" w:type="dxa"/>
              <w:bottom w:w="95" w:type="dxa"/>
              <w:right w:w="125" w:type="dxa"/>
            </w:tcMar>
            <w:vAlign w:val="center"/>
          </w:tcPr>
          <w:p w14:paraId="68434238" w14:textId="77777777" w:rsidR="003C15A5" w:rsidRPr="00101079" w:rsidRDefault="00370613">
            <w:pPr>
              <w:spacing w:after="0" w:line="247" w:lineRule="auto"/>
              <w:jc w:val="center"/>
              <w:rPr>
                <w:szCs w:val="18"/>
              </w:rPr>
            </w:pPr>
            <w:proofErr w:type="spellStart"/>
            <w:r w:rsidRPr="00101079">
              <w:rPr>
                <w:rFonts w:cs="Verdana"/>
                <w:b/>
                <w:color w:val="FFFFFF"/>
                <w:szCs w:val="18"/>
              </w:rPr>
              <w:t>Mois</w:t>
            </w:r>
            <w:proofErr w:type="spellEnd"/>
            <w:r w:rsidRPr="00101079">
              <w:rPr>
                <w:rFonts w:cs="Verdana"/>
                <w:b/>
                <w:color w:val="FFFFFF"/>
                <w:szCs w:val="18"/>
              </w:rPr>
              <w:t xml:space="preserve"> de naissance </w:t>
            </w:r>
            <w:proofErr w:type="spellStart"/>
            <w:r w:rsidRPr="00101079">
              <w:rPr>
                <w:rFonts w:cs="Verdana"/>
                <w:b/>
                <w:color w:val="FFFFFF"/>
                <w:szCs w:val="18"/>
              </w:rPr>
              <w:t>prévu</w:t>
            </w:r>
            <w:proofErr w:type="spellEnd"/>
          </w:p>
        </w:tc>
      </w:tr>
      <w:tr w:rsidR="003C15A5" w:rsidRPr="00101079" w14:paraId="506E1AB5" w14:textId="77777777" w:rsidTr="002C6892">
        <w:trPr>
          <w:trHeight w:hRule="exact" w:val="284"/>
        </w:trPr>
        <w:tc>
          <w:tcPr>
            <w:tcW w:w="3203" w:type="dxa"/>
            <w:shd w:val="clear" w:color="auto" w:fill="FFFFFF"/>
            <w:tcMar>
              <w:top w:w="57" w:type="dxa"/>
              <w:left w:w="57" w:type="dxa"/>
              <w:bottom w:w="57" w:type="dxa"/>
              <w:right w:w="57" w:type="dxa"/>
            </w:tcMar>
            <w:vAlign w:val="center"/>
          </w:tcPr>
          <w:p w14:paraId="5BCD31A4" w14:textId="77777777" w:rsidR="003C15A5" w:rsidRPr="00101079" w:rsidRDefault="00370613">
            <w:pPr>
              <w:spacing w:after="0" w:line="247" w:lineRule="auto"/>
              <w:jc w:val="center"/>
              <w:rPr>
                <w:szCs w:val="18"/>
              </w:rPr>
            </w:pPr>
            <w:r w:rsidRPr="00101079">
              <w:rPr>
                <w:rFonts w:cs="Verdana"/>
                <w:szCs w:val="18"/>
              </w:rPr>
              <w:t>Janvier</w:t>
            </w:r>
          </w:p>
        </w:tc>
        <w:tc>
          <w:tcPr>
            <w:tcW w:w="3572" w:type="dxa"/>
            <w:shd w:val="clear" w:color="auto" w:fill="FFFFFF"/>
            <w:tcMar>
              <w:top w:w="57" w:type="dxa"/>
              <w:left w:w="57" w:type="dxa"/>
              <w:bottom w:w="57" w:type="dxa"/>
              <w:right w:w="57" w:type="dxa"/>
            </w:tcMar>
            <w:vAlign w:val="center"/>
          </w:tcPr>
          <w:p w14:paraId="69F64A4D" w14:textId="77777777" w:rsidR="003C15A5" w:rsidRPr="00101079" w:rsidRDefault="00370613">
            <w:pPr>
              <w:spacing w:after="0" w:line="247" w:lineRule="auto"/>
              <w:jc w:val="center"/>
              <w:rPr>
                <w:szCs w:val="18"/>
              </w:rPr>
            </w:pPr>
            <w:r w:rsidRPr="00101079">
              <w:rPr>
                <w:rFonts w:cs="Verdana"/>
                <w:szCs w:val="18"/>
              </w:rPr>
              <w:t>Mai</w:t>
            </w:r>
          </w:p>
        </w:tc>
        <w:tc>
          <w:tcPr>
            <w:tcW w:w="3210" w:type="dxa"/>
            <w:shd w:val="clear" w:color="auto" w:fill="FFFFFF"/>
            <w:tcMar>
              <w:top w:w="57" w:type="dxa"/>
              <w:left w:w="57" w:type="dxa"/>
              <w:bottom w:w="57" w:type="dxa"/>
              <w:right w:w="57" w:type="dxa"/>
            </w:tcMar>
            <w:vAlign w:val="center"/>
          </w:tcPr>
          <w:p w14:paraId="288D5121" w14:textId="77777777" w:rsidR="003C15A5" w:rsidRPr="00101079" w:rsidRDefault="00370613">
            <w:pPr>
              <w:spacing w:after="0" w:line="247" w:lineRule="auto"/>
              <w:jc w:val="center"/>
              <w:rPr>
                <w:szCs w:val="18"/>
              </w:rPr>
            </w:pPr>
            <w:r w:rsidRPr="00101079">
              <w:rPr>
                <w:rFonts w:cs="Verdana"/>
                <w:szCs w:val="18"/>
              </w:rPr>
              <w:t>Octobre</w:t>
            </w:r>
          </w:p>
        </w:tc>
      </w:tr>
      <w:tr w:rsidR="003C15A5" w:rsidRPr="00101079" w14:paraId="1F1BCD71" w14:textId="77777777" w:rsidTr="002C6892">
        <w:trPr>
          <w:trHeight w:hRule="exact" w:val="284"/>
        </w:trPr>
        <w:tc>
          <w:tcPr>
            <w:tcW w:w="3203" w:type="dxa"/>
            <w:shd w:val="clear" w:color="auto" w:fill="E8F7F5"/>
            <w:tcMar>
              <w:top w:w="57" w:type="dxa"/>
              <w:left w:w="57" w:type="dxa"/>
              <w:bottom w:w="57" w:type="dxa"/>
              <w:right w:w="57" w:type="dxa"/>
            </w:tcMar>
            <w:vAlign w:val="center"/>
          </w:tcPr>
          <w:p w14:paraId="2B0362AE" w14:textId="77777777" w:rsidR="003C15A5" w:rsidRPr="00101079" w:rsidRDefault="00370613">
            <w:pPr>
              <w:spacing w:after="0" w:line="247" w:lineRule="auto"/>
              <w:jc w:val="center"/>
              <w:rPr>
                <w:szCs w:val="18"/>
              </w:rPr>
            </w:pPr>
            <w:r w:rsidRPr="00101079">
              <w:rPr>
                <w:rFonts w:cs="Verdana"/>
                <w:szCs w:val="18"/>
              </w:rPr>
              <w:t>Février</w:t>
            </w:r>
          </w:p>
        </w:tc>
        <w:tc>
          <w:tcPr>
            <w:tcW w:w="3572" w:type="dxa"/>
            <w:shd w:val="clear" w:color="auto" w:fill="E8F7F5"/>
            <w:tcMar>
              <w:top w:w="57" w:type="dxa"/>
              <w:left w:w="57" w:type="dxa"/>
              <w:bottom w:w="57" w:type="dxa"/>
              <w:right w:w="57" w:type="dxa"/>
            </w:tcMar>
            <w:vAlign w:val="center"/>
          </w:tcPr>
          <w:p w14:paraId="3BED6748" w14:textId="77777777" w:rsidR="003C15A5" w:rsidRPr="00101079" w:rsidRDefault="00370613">
            <w:pPr>
              <w:spacing w:after="0" w:line="247" w:lineRule="auto"/>
              <w:jc w:val="center"/>
              <w:rPr>
                <w:szCs w:val="18"/>
              </w:rPr>
            </w:pPr>
            <w:r w:rsidRPr="00101079">
              <w:rPr>
                <w:rFonts w:cs="Verdana"/>
                <w:szCs w:val="18"/>
              </w:rPr>
              <w:t>Juin</w:t>
            </w:r>
          </w:p>
        </w:tc>
        <w:tc>
          <w:tcPr>
            <w:tcW w:w="3210" w:type="dxa"/>
            <w:shd w:val="clear" w:color="auto" w:fill="E8F7F5"/>
            <w:tcMar>
              <w:top w:w="57" w:type="dxa"/>
              <w:left w:w="57" w:type="dxa"/>
              <w:bottom w:w="57" w:type="dxa"/>
              <w:right w:w="57" w:type="dxa"/>
            </w:tcMar>
            <w:vAlign w:val="center"/>
          </w:tcPr>
          <w:p w14:paraId="1DA0063B" w14:textId="77777777" w:rsidR="003C15A5" w:rsidRPr="00101079" w:rsidRDefault="00370613">
            <w:pPr>
              <w:spacing w:after="0" w:line="247" w:lineRule="auto"/>
              <w:jc w:val="center"/>
              <w:rPr>
                <w:szCs w:val="18"/>
              </w:rPr>
            </w:pPr>
            <w:r w:rsidRPr="00101079">
              <w:rPr>
                <w:rFonts w:cs="Verdana"/>
                <w:szCs w:val="18"/>
              </w:rPr>
              <w:t>Novembre</w:t>
            </w:r>
          </w:p>
        </w:tc>
      </w:tr>
      <w:tr w:rsidR="003C15A5" w:rsidRPr="00101079" w14:paraId="2F228707" w14:textId="77777777" w:rsidTr="002C6892">
        <w:trPr>
          <w:trHeight w:hRule="exact" w:val="284"/>
        </w:trPr>
        <w:tc>
          <w:tcPr>
            <w:tcW w:w="3203" w:type="dxa"/>
            <w:shd w:val="clear" w:color="auto" w:fill="FFFFFF"/>
            <w:tcMar>
              <w:top w:w="57" w:type="dxa"/>
              <w:left w:w="57" w:type="dxa"/>
              <w:bottom w:w="57" w:type="dxa"/>
              <w:right w:w="57" w:type="dxa"/>
            </w:tcMar>
            <w:vAlign w:val="center"/>
          </w:tcPr>
          <w:p w14:paraId="08A530E3" w14:textId="77777777" w:rsidR="003C15A5" w:rsidRPr="00101079" w:rsidRDefault="00370613">
            <w:pPr>
              <w:spacing w:after="0" w:line="247" w:lineRule="auto"/>
              <w:jc w:val="center"/>
              <w:rPr>
                <w:szCs w:val="18"/>
              </w:rPr>
            </w:pPr>
            <w:r w:rsidRPr="00101079">
              <w:rPr>
                <w:rFonts w:cs="Verdana"/>
                <w:szCs w:val="18"/>
              </w:rPr>
              <w:t>Mars</w:t>
            </w:r>
          </w:p>
        </w:tc>
        <w:tc>
          <w:tcPr>
            <w:tcW w:w="3572" w:type="dxa"/>
            <w:shd w:val="clear" w:color="auto" w:fill="FFFFFF"/>
            <w:tcMar>
              <w:top w:w="57" w:type="dxa"/>
              <w:left w:w="57" w:type="dxa"/>
              <w:bottom w:w="57" w:type="dxa"/>
              <w:right w:w="57" w:type="dxa"/>
            </w:tcMar>
            <w:vAlign w:val="center"/>
          </w:tcPr>
          <w:p w14:paraId="445116DB" w14:textId="77777777" w:rsidR="003C15A5" w:rsidRPr="00101079" w:rsidRDefault="00370613">
            <w:pPr>
              <w:spacing w:after="0" w:line="247" w:lineRule="auto"/>
              <w:jc w:val="center"/>
              <w:rPr>
                <w:szCs w:val="18"/>
              </w:rPr>
            </w:pPr>
            <w:r w:rsidRPr="00101079">
              <w:rPr>
                <w:rFonts w:cs="Verdana"/>
                <w:szCs w:val="18"/>
              </w:rPr>
              <w:t>Juillet</w:t>
            </w:r>
          </w:p>
        </w:tc>
        <w:tc>
          <w:tcPr>
            <w:tcW w:w="3210" w:type="dxa"/>
            <w:shd w:val="clear" w:color="auto" w:fill="FFFFFF"/>
            <w:tcMar>
              <w:top w:w="57" w:type="dxa"/>
              <w:left w:w="57" w:type="dxa"/>
              <w:bottom w:w="57" w:type="dxa"/>
              <w:right w:w="57" w:type="dxa"/>
            </w:tcMar>
            <w:vAlign w:val="center"/>
          </w:tcPr>
          <w:p w14:paraId="75E6B7B5" w14:textId="77777777" w:rsidR="003C15A5" w:rsidRPr="00101079" w:rsidRDefault="00370613">
            <w:pPr>
              <w:spacing w:after="0" w:line="247" w:lineRule="auto"/>
              <w:jc w:val="center"/>
              <w:rPr>
                <w:szCs w:val="18"/>
              </w:rPr>
            </w:pPr>
            <w:proofErr w:type="spellStart"/>
            <w:r w:rsidRPr="00101079">
              <w:rPr>
                <w:rFonts w:cs="Verdana"/>
                <w:szCs w:val="18"/>
              </w:rPr>
              <w:t>Décembre</w:t>
            </w:r>
            <w:proofErr w:type="spellEnd"/>
          </w:p>
        </w:tc>
      </w:tr>
      <w:tr w:rsidR="003C15A5" w:rsidRPr="00101079" w14:paraId="7939EBC4" w14:textId="77777777" w:rsidTr="002C6892">
        <w:trPr>
          <w:trHeight w:hRule="exact" w:val="284"/>
        </w:trPr>
        <w:tc>
          <w:tcPr>
            <w:tcW w:w="3203" w:type="dxa"/>
            <w:shd w:val="clear" w:color="auto" w:fill="E8F7F5"/>
            <w:tcMar>
              <w:top w:w="57" w:type="dxa"/>
              <w:left w:w="57" w:type="dxa"/>
              <w:bottom w:w="57" w:type="dxa"/>
              <w:right w:w="57" w:type="dxa"/>
            </w:tcMar>
            <w:vAlign w:val="center"/>
          </w:tcPr>
          <w:p w14:paraId="5AA2DD26" w14:textId="77777777" w:rsidR="003C15A5" w:rsidRPr="00101079" w:rsidRDefault="00370613">
            <w:pPr>
              <w:spacing w:after="0" w:line="247" w:lineRule="auto"/>
              <w:jc w:val="center"/>
              <w:rPr>
                <w:szCs w:val="18"/>
              </w:rPr>
            </w:pPr>
            <w:r w:rsidRPr="00101079">
              <w:rPr>
                <w:rFonts w:cs="Verdana"/>
                <w:szCs w:val="18"/>
              </w:rPr>
              <w:t>Avril</w:t>
            </w:r>
          </w:p>
        </w:tc>
        <w:tc>
          <w:tcPr>
            <w:tcW w:w="3572" w:type="dxa"/>
            <w:shd w:val="clear" w:color="auto" w:fill="E8F7F5"/>
            <w:tcMar>
              <w:top w:w="57" w:type="dxa"/>
              <w:left w:w="57" w:type="dxa"/>
              <w:bottom w:w="57" w:type="dxa"/>
              <w:right w:w="57" w:type="dxa"/>
            </w:tcMar>
            <w:vAlign w:val="center"/>
          </w:tcPr>
          <w:p w14:paraId="350AF131" w14:textId="77777777" w:rsidR="003C15A5" w:rsidRPr="00101079" w:rsidRDefault="00370613">
            <w:pPr>
              <w:spacing w:after="0" w:line="247" w:lineRule="auto"/>
              <w:jc w:val="center"/>
              <w:rPr>
                <w:szCs w:val="18"/>
              </w:rPr>
            </w:pPr>
            <w:proofErr w:type="spellStart"/>
            <w:r w:rsidRPr="00101079">
              <w:rPr>
                <w:rFonts w:cs="Verdana"/>
                <w:szCs w:val="18"/>
              </w:rPr>
              <w:t>Août</w:t>
            </w:r>
            <w:proofErr w:type="spellEnd"/>
          </w:p>
        </w:tc>
        <w:tc>
          <w:tcPr>
            <w:tcW w:w="3210" w:type="dxa"/>
            <w:shd w:val="clear" w:color="auto" w:fill="E8F7F5"/>
            <w:tcMar>
              <w:top w:w="57" w:type="dxa"/>
              <w:left w:w="57" w:type="dxa"/>
              <w:bottom w:w="57" w:type="dxa"/>
              <w:right w:w="57" w:type="dxa"/>
            </w:tcMar>
            <w:vAlign w:val="center"/>
          </w:tcPr>
          <w:p w14:paraId="7FD3BE56" w14:textId="77777777" w:rsidR="003C15A5" w:rsidRPr="00101079" w:rsidRDefault="00370613">
            <w:pPr>
              <w:spacing w:after="0" w:line="247" w:lineRule="auto"/>
              <w:jc w:val="center"/>
              <w:rPr>
                <w:szCs w:val="18"/>
              </w:rPr>
            </w:pPr>
            <w:r w:rsidRPr="00101079">
              <w:rPr>
                <w:rFonts w:cs="Verdana"/>
                <w:szCs w:val="18"/>
              </w:rPr>
              <w:t>Janvier</w:t>
            </w:r>
          </w:p>
        </w:tc>
      </w:tr>
      <w:tr w:rsidR="003C15A5" w:rsidRPr="00101079" w14:paraId="3F21E181" w14:textId="77777777" w:rsidTr="002C6892">
        <w:trPr>
          <w:trHeight w:hRule="exact" w:val="284"/>
        </w:trPr>
        <w:tc>
          <w:tcPr>
            <w:tcW w:w="3203" w:type="dxa"/>
            <w:shd w:val="clear" w:color="auto" w:fill="FFFFFF"/>
            <w:tcMar>
              <w:top w:w="57" w:type="dxa"/>
              <w:left w:w="57" w:type="dxa"/>
              <w:bottom w:w="57" w:type="dxa"/>
              <w:right w:w="57" w:type="dxa"/>
            </w:tcMar>
            <w:vAlign w:val="center"/>
          </w:tcPr>
          <w:p w14:paraId="3E16A83A" w14:textId="77777777" w:rsidR="003C15A5" w:rsidRPr="00101079" w:rsidRDefault="00370613">
            <w:pPr>
              <w:spacing w:after="0" w:line="247" w:lineRule="auto"/>
              <w:jc w:val="center"/>
              <w:rPr>
                <w:szCs w:val="18"/>
              </w:rPr>
            </w:pPr>
            <w:r w:rsidRPr="00101079">
              <w:rPr>
                <w:rFonts w:cs="Verdana"/>
                <w:szCs w:val="18"/>
              </w:rPr>
              <w:t>Mai</w:t>
            </w:r>
          </w:p>
        </w:tc>
        <w:tc>
          <w:tcPr>
            <w:tcW w:w="3572" w:type="dxa"/>
            <w:shd w:val="clear" w:color="auto" w:fill="FFFFFF"/>
            <w:tcMar>
              <w:top w:w="57" w:type="dxa"/>
              <w:left w:w="57" w:type="dxa"/>
              <w:bottom w:w="57" w:type="dxa"/>
              <w:right w:w="57" w:type="dxa"/>
            </w:tcMar>
            <w:vAlign w:val="center"/>
          </w:tcPr>
          <w:p w14:paraId="064093D0" w14:textId="77777777" w:rsidR="003C15A5" w:rsidRPr="00101079" w:rsidRDefault="00370613">
            <w:pPr>
              <w:spacing w:after="0" w:line="247" w:lineRule="auto"/>
              <w:jc w:val="center"/>
              <w:rPr>
                <w:szCs w:val="18"/>
              </w:rPr>
            </w:pPr>
            <w:proofErr w:type="spellStart"/>
            <w:r w:rsidRPr="00101079">
              <w:rPr>
                <w:rFonts w:cs="Verdana"/>
                <w:szCs w:val="18"/>
              </w:rPr>
              <w:t>Septembre</w:t>
            </w:r>
            <w:proofErr w:type="spellEnd"/>
          </w:p>
        </w:tc>
        <w:tc>
          <w:tcPr>
            <w:tcW w:w="3210" w:type="dxa"/>
            <w:shd w:val="clear" w:color="auto" w:fill="FFFFFF"/>
            <w:tcMar>
              <w:top w:w="57" w:type="dxa"/>
              <w:left w:w="57" w:type="dxa"/>
              <w:bottom w:w="57" w:type="dxa"/>
              <w:right w:w="57" w:type="dxa"/>
            </w:tcMar>
            <w:vAlign w:val="center"/>
          </w:tcPr>
          <w:p w14:paraId="767344C3" w14:textId="77777777" w:rsidR="003C15A5" w:rsidRPr="00101079" w:rsidRDefault="00370613">
            <w:pPr>
              <w:spacing w:after="0" w:line="247" w:lineRule="auto"/>
              <w:jc w:val="center"/>
              <w:rPr>
                <w:szCs w:val="18"/>
              </w:rPr>
            </w:pPr>
            <w:r w:rsidRPr="00101079">
              <w:rPr>
                <w:rFonts w:cs="Verdana"/>
                <w:szCs w:val="18"/>
              </w:rPr>
              <w:t>Février</w:t>
            </w:r>
          </w:p>
        </w:tc>
      </w:tr>
      <w:tr w:rsidR="003C15A5" w:rsidRPr="00101079" w14:paraId="06D1030F" w14:textId="77777777" w:rsidTr="002C6892">
        <w:trPr>
          <w:trHeight w:hRule="exact" w:val="284"/>
        </w:trPr>
        <w:tc>
          <w:tcPr>
            <w:tcW w:w="3203" w:type="dxa"/>
            <w:shd w:val="clear" w:color="auto" w:fill="E8F7F5"/>
            <w:tcMar>
              <w:top w:w="57" w:type="dxa"/>
              <w:left w:w="57" w:type="dxa"/>
              <w:bottom w:w="57" w:type="dxa"/>
              <w:right w:w="57" w:type="dxa"/>
            </w:tcMar>
            <w:vAlign w:val="center"/>
          </w:tcPr>
          <w:p w14:paraId="11D4E4AA" w14:textId="77777777" w:rsidR="003C15A5" w:rsidRPr="00101079" w:rsidRDefault="00370613">
            <w:pPr>
              <w:spacing w:after="0" w:line="247" w:lineRule="auto"/>
              <w:jc w:val="center"/>
              <w:rPr>
                <w:szCs w:val="18"/>
              </w:rPr>
            </w:pPr>
            <w:r w:rsidRPr="00101079">
              <w:rPr>
                <w:rFonts w:cs="Verdana"/>
                <w:szCs w:val="18"/>
              </w:rPr>
              <w:t>Juin</w:t>
            </w:r>
          </w:p>
        </w:tc>
        <w:tc>
          <w:tcPr>
            <w:tcW w:w="3572" w:type="dxa"/>
            <w:shd w:val="clear" w:color="auto" w:fill="E8F7F5"/>
            <w:tcMar>
              <w:top w:w="57" w:type="dxa"/>
              <w:left w:w="57" w:type="dxa"/>
              <w:bottom w:w="57" w:type="dxa"/>
              <w:right w:w="57" w:type="dxa"/>
            </w:tcMar>
            <w:vAlign w:val="center"/>
          </w:tcPr>
          <w:p w14:paraId="2F54F638" w14:textId="77777777" w:rsidR="003C15A5" w:rsidRPr="00101079" w:rsidRDefault="00370613">
            <w:pPr>
              <w:spacing w:after="0" w:line="247" w:lineRule="auto"/>
              <w:jc w:val="center"/>
              <w:rPr>
                <w:szCs w:val="18"/>
              </w:rPr>
            </w:pPr>
            <w:r w:rsidRPr="00101079">
              <w:rPr>
                <w:rFonts w:cs="Verdana"/>
                <w:szCs w:val="18"/>
              </w:rPr>
              <w:t>Octobre</w:t>
            </w:r>
          </w:p>
        </w:tc>
        <w:tc>
          <w:tcPr>
            <w:tcW w:w="3210" w:type="dxa"/>
            <w:shd w:val="clear" w:color="auto" w:fill="E8F7F5"/>
            <w:tcMar>
              <w:top w:w="57" w:type="dxa"/>
              <w:left w:w="57" w:type="dxa"/>
              <w:bottom w:w="57" w:type="dxa"/>
              <w:right w:w="57" w:type="dxa"/>
            </w:tcMar>
            <w:vAlign w:val="center"/>
          </w:tcPr>
          <w:p w14:paraId="69769F7A" w14:textId="77777777" w:rsidR="003C15A5" w:rsidRPr="00101079" w:rsidRDefault="00370613">
            <w:pPr>
              <w:spacing w:after="0" w:line="247" w:lineRule="auto"/>
              <w:jc w:val="center"/>
              <w:rPr>
                <w:szCs w:val="18"/>
              </w:rPr>
            </w:pPr>
            <w:r w:rsidRPr="00101079">
              <w:rPr>
                <w:rFonts w:cs="Verdana"/>
                <w:szCs w:val="18"/>
              </w:rPr>
              <w:t>Mars</w:t>
            </w:r>
          </w:p>
        </w:tc>
      </w:tr>
      <w:tr w:rsidR="003C15A5" w:rsidRPr="00101079" w14:paraId="23629067" w14:textId="77777777" w:rsidTr="002C6892">
        <w:trPr>
          <w:trHeight w:hRule="exact" w:val="284"/>
        </w:trPr>
        <w:tc>
          <w:tcPr>
            <w:tcW w:w="3203" w:type="dxa"/>
            <w:shd w:val="clear" w:color="auto" w:fill="FFFFFF"/>
            <w:tcMar>
              <w:top w:w="57" w:type="dxa"/>
              <w:left w:w="57" w:type="dxa"/>
              <w:bottom w:w="57" w:type="dxa"/>
              <w:right w:w="57" w:type="dxa"/>
            </w:tcMar>
            <w:vAlign w:val="center"/>
          </w:tcPr>
          <w:p w14:paraId="1B6F13F8" w14:textId="77777777" w:rsidR="003C15A5" w:rsidRPr="00101079" w:rsidRDefault="00370613">
            <w:pPr>
              <w:spacing w:after="0" w:line="247" w:lineRule="auto"/>
              <w:jc w:val="center"/>
              <w:rPr>
                <w:szCs w:val="18"/>
              </w:rPr>
            </w:pPr>
            <w:r w:rsidRPr="00101079">
              <w:rPr>
                <w:rFonts w:cs="Verdana"/>
                <w:szCs w:val="18"/>
              </w:rPr>
              <w:t>Juillet</w:t>
            </w:r>
          </w:p>
        </w:tc>
        <w:tc>
          <w:tcPr>
            <w:tcW w:w="3572" w:type="dxa"/>
            <w:shd w:val="clear" w:color="auto" w:fill="FFFFFF"/>
            <w:tcMar>
              <w:top w:w="57" w:type="dxa"/>
              <w:left w:w="57" w:type="dxa"/>
              <w:bottom w:w="57" w:type="dxa"/>
              <w:right w:w="57" w:type="dxa"/>
            </w:tcMar>
            <w:vAlign w:val="center"/>
          </w:tcPr>
          <w:p w14:paraId="0F5DC971" w14:textId="77777777" w:rsidR="003C15A5" w:rsidRPr="00101079" w:rsidRDefault="00370613">
            <w:pPr>
              <w:spacing w:after="0" w:line="247" w:lineRule="auto"/>
              <w:jc w:val="center"/>
              <w:rPr>
                <w:szCs w:val="18"/>
              </w:rPr>
            </w:pPr>
            <w:r w:rsidRPr="00101079">
              <w:rPr>
                <w:rFonts w:cs="Verdana"/>
                <w:szCs w:val="18"/>
              </w:rPr>
              <w:t>Novembre</w:t>
            </w:r>
          </w:p>
        </w:tc>
        <w:tc>
          <w:tcPr>
            <w:tcW w:w="3210" w:type="dxa"/>
            <w:shd w:val="clear" w:color="auto" w:fill="FFFFFF"/>
            <w:tcMar>
              <w:top w:w="57" w:type="dxa"/>
              <w:left w:w="57" w:type="dxa"/>
              <w:bottom w:w="57" w:type="dxa"/>
              <w:right w:w="57" w:type="dxa"/>
            </w:tcMar>
            <w:vAlign w:val="center"/>
          </w:tcPr>
          <w:p w14:paraId="1C05BE4F" w14:textId="77777777" w:rsidR="003C15A5" w:rsidRPr="00101079" w:rsidRDefault="00370613">
            <w:pPr>
              <w:spacing w:after="0" w:line="247" w:lineRule="auto"/>
              <w:jc w:val="center"/>
              <w:rPr>
                <w:szCs w:val="18"/>
              </w:rPr>
            </w:pPr>
            <w:r w:rsidRPr="00101079">
              <w:rPr>
                <w:rFonts w:cs="Verdana"/>
                <w:szCs w:val="18"/>
              </w:rPr>
              <w:t>Avril</w:t>
            </w:r>
          </w:p>
        </w:tc>
      </w:tr>
      <w:tr w:rsidR="003C15A5" w:rsidRPr="00101079" w14:paraId="13D0A48C" w14:textId="77777777" w:rsidTr="002C6892">
        <w:trPr>
          <w:trHeight w:hRule="exact" w:val="284"/>
        </w:trPr>
        <w:tc>
          <w:tcPr>
            <w:tcW w:w="3203" w:type="dxa"/>
            <w:shd w:val="clear" w:color="auto" w:fill="E8F7F5"/>
            <w:tcMar>
              <w:top w:w="57" w:type="dxa"/>
              <w:left w:w="57" w:type="dxa"/>
              <w:bottom w:w="57" w:type="dxa"/>
              <w:right w:w="57" w:type="dxa"/>
            </w:tcMar>
            <w:vAlign w:val="center"/>
          </w:tcPr>
          <w:p w14:paraId="174A7FA2" w14:textId="77777777" w:rsidR="003C15A5" w:rsidRPr="00101079" w:rsidRDefault="00370613">
            <w:pPr>
              <w:spacing w:after="0" w:line="247" w:lineRule="auto"/>
              <w:jc w:val="center"/>
              <w:rPr>
                <w:szCs w:val="18"/>
              </w:rPr>
            </w:pPr>
            <w:proofErr w:type="spellStart"/>
            <w:r w:rsidRPr="00101079">
              <w:rPr>
                <w:rFonts w:cs="Verdana"/>
                <w:szCs w:val="18"/>
              </w:rPr>
              <w:t>Août</w:t>
            </w:r>
            <w:proofErr w:type="spellEnd"/>
          </w:p>
        </w:tc>
        <w:tc>
          <w:tcPr>
            <w:tcW w:w="3572" w:type="dxa"/>
            <w:shd w:val="clear" w:color="auto" w:fill="E8F7F5"/>
            <w:tcMar>
              <w:top w:w="57" w:type="dxa"/>
              <w:left w:w="57" w:type="dxa"/>
              <w:bottom w:w="57" w:type="dxa"/>
              <w:right w:w="57" w:type="dxa"/>
            </w:tcMar>
            <w:vAlign w:val="center"/>
          </w:tcPr>
          <w:p w14:paraId="200F36E1" w14:textId="77777777" w:rsidR="003C15A5" w:rsidRPr="00101079" w:rsidRDefault="00370613">
            <w:pPr>
              <w:spacing w:after="0" w:line="247" w:lineRule="auto"/>
              <w:jc w:val="center"/>
              <w:rPr>
                <w:szCs w:val="18"/>
              </w:rPr>
            </w:pPr>
            <w:proofErr w:type="spellStart"/>
            <w:r w:rsidRPr="00101079">
              <w:rPr>
                <w:rFonts w:cs="Verdana"/>
                <w:szCs w:val="18"/>
              </w:rPr>
              <w:t>Décembre</w:t>
            </w:r>
            <w:proofErr w:type="spellEnd"/>
          </w:p>
        </w:tc>
        <w:tc>
          <w:tcPr>
            <w:tcW w:w="3210" w:type="dxa"/>
            <w:shd w:val="clear" w:color="auto" w:fill="E8F7F5"/>
            <w:tcMar>
              <w:top w:w="57" w:type="dxa"/>
              <w:left w:w="57" w:type="dxa"/>
              <w:bottom w:w="57" w:type="dxa"/>
              <w:right w:w="57" w:type="dxa"/>
            </w:tcMar>
            <w:vAlign w:val="center"/>
          </w:tcPr>
          <w:p w14:paraId="02B92517" w14:textId="77777777" w:rsidR="003C15A5" w:rsidRPr="00101079" w:rsidRDefault="00370613">
            <w:pPr>
              <w:spacing w:after="0" w:line="247" w:lineRule="auto"/>
              <w:jc w:val="center"/>
              <w:rPr>
                <w:szCs w:val="18"/>
              </w:rPr>
            </w:pPr>
            <w:r w:rsidRPr="00101079">
              <w:rPr>
                <w:rFonts w:cs="Verdana"/>
                <w:szCs w:val="18"/>
              </w:rPr>
              <w:t>Mai</w:t>
            </w:r>
          </w:p>
        </w:tc>
      </w:tr>
      <w:tr w:rsidR="003C15A5" w:rsidRPr="00101079" w14:paraId="72DA168D" w14:textId="77777777" w:rsidTr="002C6892">
        <w:trPr>
          <w:trHeight w:hRule="exact" w:val="284"/>
        </w:trPr>
        <w:tc>
          <w:tcPr>
            <w:tcW w:w="3203" w:type="dxa"/>
            <w:shd w:val="clear" w:color="auto" w:fill="FFFFFF"/>
            <w:tcMar>
              <w:top w:w="57" w:type="dxa"/>
              <w:left w:w="57" w:type="dxa"/>
              <w:bottom w:w="57" w:type="dxa"/>
              <w:right w:w="57" w:type="dxa"/>
            </w:tcMar>
            <w:vAlign w:val="center"/>
          </w:tcPr>
          <w:p w14:paraId="46454363" w14:textId="77777777" w:rsidR="003C15A5" w:rsidRPr="00101079" w:rsidRDefault="00370613">
            <w:pPr>
              <w:spacing w:after="0" w:line="247" w:lineRule="auto"/>
              <w:jc w:val="center"/>
              <w:rPr>
                <w:szCs w:val="18"/>
              </w:rPr>
            </w:pPr>
            <w:proofErr w:type="spellStart"/>
            <w:r w:rsidRPr="00101079">
              <w:rPr>
                <w:rFonts w:cs="Verdana"/>
                <w:szCs w:val="18"/>
              </w:rPr>
              <w:t>Septembre</w:t>
            </w:r>
            <w:proofErr w:type="spellEnd"/>
          </w:p>
        </w:tc>
        <w:tc>
          <w:tcPr>
            <w:tcW w:w="3572" w:type="dxa"/>
            <w:shd w:val="clear" w:color="auto" w:fill="FFFFFF"/>
            <w:tcMar>
              <w:top w:w="57" w:type="dxa"/>
              <w:left w:w="57" w:type="dxa"/>
              <w:bottom w:w="57" w:type="dxa"/>
              <w:right w:w="57" w:type="dxa"/>
            </w:tcMar>
            <w:vAlign w:val="center"/>
          </w:tcPr>
          <w:p w14:paraId="6A37041B" w14:textId="77777777" w:rsidR="003C15A5" w:rsidRPr="00101079" w:rsidRDefault="00370613">
            <w:pPr>
              <w:spacing w:after="0" w:line="247" w:lineRule="auto"/>
              <w:jc w:val="center"/>
              <w:rPr>
                <w:szCs w:val="18"/>
              </w:rPr>
            </w:pPr>
            <w:r w:rsidRPr="00101079">
              <w:rPr>
                <w:rFonts w:cs="Verdana"/>
                <w:szCs w:val="18"/>
              </w:rPr>
              <w:t>Janvier</w:t>
            </w:r>
          </w:p>
        </w:tc>
        <w:tc>
          <w:tcPr>
            <w:tcW w:w="3210" w:type="dxa"/>
            <w:shd w:val="clear" w:color="auto" w:fill="FFFFFF"/>
            <w:tcMar>
              <w:top w:w="57" w:type="dxa"/>
              <w:left w:w="57" w:type="dxa"/>
              <w:bottom w:w="57" w:type="dxa"/>
              <w:right w:w="57" w:type="dxa"/>
            </w:tcMar>
            <w:vAlign w:val="center"/>
          </w:tcPr>
          <w:p w14:paraId="5BA5632A" w14:textId="77777777" w:rsidR="003C15A5" w:rsidRPr="00101079" w:rsidRDefault="00370613">
            <w:pPr>
              <w:spacing w:after="0" w:line="247" w:lineRule="auto"/>
              <w:jc w:val="center"/>
              <w:rPr>
                <w:szCs w:val="18"/>
              </w:rPr>
            </w:pPr>
            <w:r w:rsidRPr="00101079">
              <w:rPr>
                <w:rFonts w:cs="Verdana"/>
                <w:szCs w:val="18"/>
              </w:rPr>
              <w:t>Juin</w:t>
            </w:r>
          </w:p>
        </w:tc>
      </w:tr>
      <w:tr w:rsidR="003C15A5" w:rsidRPr="00101079" w14:paraId="22D50CCE" w14:textId="77777777" w:rsidTr="002C6892">
        <w:trPr>
          <w:trHeight w:hRule="exact" w:val="284"/>
        </w:trPr>
        <w:tc>
          <w:tcPr>
            <w:tcW w:w="3203" w:type="dxa"/>
            <w:shd w:val="clear" w:color="auto" w:fill="E8F7F5"/>
            <w:tcMar>
              <w:top w:w="57" w:type="dxa"/>
              <w:left w:w="57" w:type="dxa"/>
              <w:bottom w:w="57" w:type="dxa"/>
              <w:right w:w="57" w:type="dxa"/>
            </w:tcMar>
            <w:vAlign w:val="center"/>
          </w:tcPr>
          <w:p w14:paraId="33A00653" w14:textId="77777777" w:rsidR="003C15A5" w:rsidRPr="00101079" w:rsidRDefault="00370613">
            <w:pPr>
              <w:spacing w:after="0" w:line="247" w:lineRule="auto"/>
              <w:jc w:val="center"/>
              <w:rPr>
                <w:szCs w:val="18"/>
              </w:rPr>
            </w:pPr>
            <w:r w:rsidRPr="00101079">
              <w:rPr>
                <w:rFonts w:cs="Verdana"/>
                <w:szCs w:val="18"/>
              </w:rPr>
              <w:t>Octobre</w:t>
            </w:r>
          </w:p>
        </w:tc>
        <w:tc>
          <w:tcPr>
            <w:tcW w:w="3572" w:type="dxa"/>
            <w:shd w:val="clear" w:color="auto" w:fill="E8F7F5"/>
            <w:tcMar>
              <w:top w:w="57" w:type="dxa"/>
              <w:left w:w="57" w:type="dxa"/>
              <w:bottom w:w="57" w:type="dxa"/>
              <w:right w:w="57" w:type="dxa"/>
            </w:tcMar>
            <w:vAlign w:val="center"/>
          </w:tcPr>
          <w:p w14:paraId="1D1F7599" w14:textId="77777777" w:rsidR="003C15A5" w:rsidRPr="00101079" w:rsidRDefault="00370613">
            <w:pPr>
              <w:spacing w:after="0" w:line="247" w:lineRule="auto"/>
              <w:jc w:val="center"/>
              <w:rPr>
                <w:szCs w:val="18"/>
              </w:rPr>
            </w:pPr>
            <w:r w:rsidRPr="00101079">
              <w:rPr>
                <w:rFonts w:cs="Verdana"/>
                <w:szCs w:val="18"/>
              </w:rPr>
              <w:t>Février</w:t>
            </w:r>
          </w:p>
        </w:tc>
        <w:tc>
          <w:tcPr>
            <w:tcW w:w="3210" w:type="dxa"/>
            <w:shd w:val="clear" w:color="auto" w:fill="E8F7F5"/>
            <w:tcMar>
              <w:top w:w="57" w:type="dxa"/>
              <w:left w:w="57" w:type="dxa"/>
              <w:bottom w:w="57" w:type="dxa"/>
              <w:right w:w="57" w:type="dxa"/>
            </w:tcMar>
            <w:vAlign w:val="center"/>
          </w:tcPr>
          <w:p w14:paraId="5AEF2115" w14:textId="77777777" w:rsidR="003C15A5" w:rsidRPr="00101079" w:rsidRDefault="00370613">
            <w:pPr>
              <w:spacing w:after="0" w:line="247" w:lineRule="auto"/>
              <w:jc w:val="center"/>
              <w:rPr>
                <w:szCs w:val="18"/>
              </w:rPr>
            </w:pPr>
            <w:r w:rsidRPr="00101079">
              <w:rPr>
                <w:rFonts w:cs="Verdana"/>
                <w:szCs w:val="18"/>
              </w:rPr>
              <w:t>Juillet</w:t>
            </w:r>
          </w:p>
        </w:tc>
      </w:tr>
      <w:tr w:rsidR="003C15A5" w:rsidRPr="00101079" w14:paraId="71C21B1B" w14:textId="77777777" w:rsidTr="002C6892">
        <w:trPr>
          <w:trHeight w:hRule="exact" w:val="284"/>
        </w:trPr>
        <w:tc>
          <w:tcPr>
            <w:tcW w:w="3203" w:type="dxa"/>
            <w:shd w:val="clear" w:color="auto" w:fill="FFFFFF"/>
            <w:tcMar>
              <w:top w:w="57" w:type="dxa"/>
              <w:left w:w="57" w:type="dxa"/>
              <w:bottom w:w="57" w:type="dxa"/>
              <w:right w:w="57" w:type="dxa"/>
            </w:tcMar>
            <w:vAlign w:val="center"/>
          </w:tcPr>
          <w:p w14:paraId="6258FD12" w14:textId="77777777" w:rsidR="003C15A5" w:rsidRPr="00101079" w:rsidRDefault="00370613">
            <w:pPr>
              <w:spacing w:after="0" w:line="247" w:lineRule="auto"/>
              <w:jc w:val="center"/>
              <w:rPr>
                <w:szCs w:val="18"/>
              </w:rPr>
            </w:pPr>
            <w:r w:rsidRPr="00101079">
              <w:rPr>
                <w:rFonts w:cs="Verdana"/>
                <w:szCs w:val="18"/>
              </w:rPr>
              <w:t>Novembre</w:t>
            </w:r>
          </w:p>
        </w:tc>
        <w:tc>
          <w:tcPr>
            <w:tcW w:w="3572" w:type="dxa"/>
            <w:shd w:val="clear" w:color="auto" w:fill="FFFFFF"/>
            <w:tcMar>
              <w:top w:w="57" w:type="dxa"/>
              <w:left w:w="57" w:type="dxa"/>
              <w:bottom w:w="57" w:type="dxa"/>
              <w:right w:w="57" w:type="dxa"/>
            </w:tcMar>
            <w:vAlign w:val="center"/>
          </w:tcPr>
          <w:p w14:paraId="0AF18B43" w14:textId="77777777" w:rsidR="003C15A5" w:rsidRPr="00101079" w:rsidRDefault="00370613">
            <w:pPr>
              <w:spacing w:after="0" w:line="247" w:lineRule="auto"/>
              <w:jc w:val="center"/>
              <w:rPr>
                <w:szCs w:val="18"/>
              </w:rPr>
            </w:pPr>
            <w:r w:rsidRPr="00101079">
              <w:rPr>
                <w:rFonts w:cs="Verdana"/>
                <w:szCs w:val="18"/>
              </w:rPr>
              <w:t>Mars</w:t>
            </w:r>
          </w:p>
        </w:tc>
        <w:tc>
          <w:tcPr>
            <w:tcW w:w="3210" w:type="dxa"/>
            <w:shd w:val="clear" w:color="auto" w:fill="FFFFFF"/>
            <w:tcMar>
              <w:top w:w="57" w:type="dxa"/>
              <w:left w:w="57" w:type="dxa"/>
              <w:bottom w:w="57" w:type="dxa"/>
              <w:right w:w="57" w:type="dxa"/>
            </w:tcMar>
            <w:vAlign w:val="center"/>
          </w:tcPr>
          <w:p w14:paraId="6F783625" w14:textId="77777777" w:rsidR="003C15A5" w:rsidRPr="00101079" w:rsidRDefault="00370613">
            <w:pPr>
              <w:spacing w:after="0" w:line="247" w:lineRule="auto"/>
              <w:jc w:val="center"/>
              <w:rPr>
                <w:szCs w:val="18"/>
              </w:rPr>
            </w:pPr>
            <w:proofErr w:type="spellStart"/>
            <w:r w:rsidRPr="00101079">
              <w:rPr>
                <w:rFonts w:cs="Verdana"/>
                <w:szCs w:val="18"/>
              </w:rPr>
              <w:t>Août</w:t>
            </w:r>
            <w:proofErr w:type="spellEnd"/>
          </w:p>
        </w:tc>
      </w:tr>
      <w:tr w:rsidR="003C15A5" w:rsidRPr="00101079" w14:paraId="096935EB" w14:textId="77777777" w:rsidTr="002C6892">
        <w:trPr>
          <w:trHeight w:hRule="exact" w:val="284"/>
        </w:trPr>
        <w:tc>
          <w:tcPr>
            <w:tcW w:w="3203" w:type="dxa"/>
            <w:shd w:val="clear" w:color="auto" w:fill="E8F7F5"/>
            <w:tcMar>
              <w:top w:w="57" w:type="dxa"/>
              <w:left w:w="57" w:type="dxa"/>
              <w:bottom w:w="57" w:type="dxa"/>
              <w:right w:w="57" w:type="dxa"/>
            </w:tcMar>
            <w:vAlign w:val="center"/>
          </w:tcPr>
          <w:p w14:paraId="3E96C9C7" w14:textId="77777777" w:rsidR="003C15A5" w:rsidRPr="00101079" w:rsidRDefault="00370613">
            <w:pPr>
              <w:spacing w:after="0" w:line="247" w:lineRule="auto"/>
              <w:jc w:val="center"/>
              <w:rPr>
                <w:szCs w:val="18"/>
              </w:rPr>
            </w:pPr>
            <w:proofErr w:type="spellStart"/>
            <w:r w:rsidRPr="00101079">
              <w:rPr>
                <w:rFonts w:cs="Verdana"/>
                <w:szCs w:val="18"/>
              </w:rPr>
              <w:t>Décembre</w:t>
            </w:r>
            <w:proofErr w:type="spellEnd"/>
          </w:p>
        </w:tc>
        <w:tc>
          <w:tcPr>
            <w:tcW w:w="3572" w:type="dxa"/>
            <w:shd w:val="clear" w:color="auto" w:fill="E8F7F5"/>
            <w:tcMar>
              <w:top w:w="57" w:type="dxa"/>
              <w:left w:w="57" w:type="dxa"/>
              <w:bottom w:w="57" w:type="dxa"/>
              <w:right w:w="57" w:type="dxa"/>
            </w:tcMar>
            <w:vAlign w:val="center"/>
          </w:tcPr>
          <w:p w14:paraId="39C7B195" w14:textId="77777777" w:rsidR="003C15A5" w:rsidRPr="00101079" w:rsidRDefault="00370613">
            <w:pPr>
              <w:spacing w:after="0" w:line="247" w:lineRule="auto"/>
              <w:jc w:val="center"/>
              <w:rPr>
                <w:szCs w:val="18"/>
              </w:rPr>
            </w:pPr>
            <w:r w:rsidRPr="00101079">
              <w:rPr>
                <w:rFonts w:cs="Verdana"/>
                <w:szCs w:val="18"/>
              </w:rPr>
              <w:t>Avril</w:t>
            </w:r>
          </w:p>
        </w:tc>
        <w:tc>
          <w:tcPr>
            <w:tcW w:w="3210" w:type="dxa"/>
            <w:shd w:val="clear" w:color="auto" w:fill="E8F7F5"/>
            <w:tcMar>
              <w:top w:w="57" w:type="dxa"/>
              <w:left w:w="57" w:type="dxa"/>
              <w:bottom w:w="57" w:type="dxa"/>
              <w:right w:w="57" w:type="dxa"/>
            </w:tcMar>
            <w:vAlign w:val="center"/>
          </w:tcPr>
          <w:p w14:paraId="3CF4763F" w14:textId="77777777" w:rsidR="003C15A5" w:rsidRPr="00101079" w:rsidRDefault="00370613">
            <w:pPr>
              <w:spacing w:after="0" w:line="247" w:lineRule="auto"/>
              <w:jc w:val="center"/>
              <w:rPr>
                <w:szCs w:val="18"/>
              </w:rPr>
            </w:pPr>
            <w:proofErr w:type="spellStart"/>
            <w:r w:rsidRPr="00101079">
              <w:rPr>
                <w:rFonts w:cs="Verdana"/>
                <w:szCs w:val="18"/>
              </w:rPr>
              <w:t>Septembre</w:t>
            </w:r>
            <w:proofErr w:type="spellEnd"/>
          </w:p>
        </w:tc>
      </w:tr>
    </w:tbl>
    <w:p w14:paraId="2446227C" w14:textId="77777777" w:rsidR="003C15A5" w:rsidRPr="00101079" w:rsidRDefault="003C15A5">
      <w:pPr>
        <w:spacing w:before="140" w:after="40" w:line="252" w:lineRule="auto"/>
        <w:rPr>
          <w:sz w:val="10"/>
          <w:szCs w:val="14"/>
        </w:rPr>
      </w:pP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173"/>
        <w:gridCol w:w="6031"/>
      </w:tblGrid>
      <w:tr w:rsidR="003C15A5" w:rsidRPr="007006AF" w14:paraId="1165757F" w14:textId="77777777" w:rsidTr="002C6892">
        <w:trPr>
          <w:trHeight w:val="320"/>
        </w:trPr>
        <w:tc>
          <w:tcPr>
            <w:tcW w:w="4111" w:type="dxa"/>
            <w:shd w:val="clear" w:color="auto" w:fill="F28C7B"/>
            <w:tcMar>
              <w:top w:w="95" w:type="dxa"/>
              <w:left w:w="125" w:type="dxa"/>
              <w:bottom w:w="95" w:type="dxa"/>
              <w:right w:w="125" w:type="dxa"/>
            </w:tcMar>
            <w:vAlign w:val="center"/>
          </w:tcPr>
          <w:p w14:paraId="31A5A5AC" w14:textId="77777777" w:rsidR="003C15A5" w:rsidRPr="00101079" w:rsidRDefault="00370613">
            <w:pPr>
              <w:spacing w:after="0" w:line="247" w:lineRule="auto"/>
              <w:jc w:val="center"/>
              <w:rPr>
                <w:sz w:val="16"/>
                <w:szCs w:val="20"/>
              </w:rPr>
            </w:pPr>
            <w:r w:rsidRPr="00101079">
              <w:rPr>
                <w:rFonts w:cs="Verdana"/>
                <w:b/>
                <w:color w:val="FFFFFF"/>
                <w:sz w:val="20"/>
                <w:szCs w:val="20"/>
              </w:rPr>
              <w:t>3</w:t>
            </w:r>
          </w:p>
        </w:tc>
        <w:tc>
          <w:tcPr>
            <w:tcW w:w="5941" w:type="dxa"/>
            <w:shd w:val="clear" w:color="auto" w:fill="FFF5D8"/>
            <w:tcMar>
              <w:top w:w="95" w:type="dxa"/>
              <w:left w:w="125" w:type="dxa"/>
              <w:bottom w:w="95" w:type="dxa"/>
              <w:right w:w="125" w:type="dxa"/>
            </w:tcMar>
            <w:vAlign w:val="center"/>
          </w:tcPr>
          <w:p w14:paraId="3AD17AEC" w14:textId="77777777" w:rsidR="003C15A5" w:rsidRPr="00101079" w:rsidRDefault="00370613">
            <w:pPr>
              <w:spacing w:after="0" w:line="247" w:lineRule="auto"/>
              <w:rPr>
                <w:sz w:val="16"/>
                <w:szCs w:val="20"/>
                <w:lang w:val="fr-FR"/>
              </w:rPr>
            </w:pPr>
            <w:r w:rsidRPr="00101079">
              <w:rPr>
                <w:rFonts w:cs="Verdana"/>
                <w:b/>
                <w:color w:val="075F64"/>
                <w:sz w:val="20"/>
                <w:szCs w:val="20"/>
                <w:lang w:val="fr-FR"/>
              </w:rPr>
              <w:t>Après le dépôt de votre demande</w:t>
            </w:r>
          </w:p>
        </w:tc>
      </w:tr>
      <w:tr w:rsidR="003C15A5" w:rsidRPr="00101079" w14:paraId="54E8CD34" w14:textId="77777777" w:rsidTr="002C689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320"/>
        </w:trPr>
        <w:tc>
          <w:tcPr>
            <w:tcW w:w="4111" w:type="dxa"/>
            <w:shd w:val="clear" w:color="auto" w:fill="0C9C95"/>
            <w:tcMar>
              <w:top w:w="95" w:type="dxa"/>
              <w:left w:w="125" w:type="dxa"/>
              <w:bottom w:w="95" w:type="dxa"/>
              <w:right w:w="125" w:type="dxa"/>
            </w:tcMar>
            <w:vAlign w:val="center"/>
          </w:tcPr>
          <w:p w14:paraId="7C5940BB" w14:textId="77777777" w:rsidR="003C15A5" w:rsidRPr="00101079" w:rsidRDefault="00370613">
            <w:pPr>
              <w:spacing w:after="0" w:line="247" w:lineRule="auto"/>
              <w:jc w:val="center"/>
              <w:rPr>
                <w:szCs w:val="18"/>
              </w:rPr>
            </w:pPr>
            <w:r w:rsidRPr="00101079">
              <w:rPr>
                <w:rFonts w:cs="Verdana"/>
                <w:b/>
                <w:color w:val="FFFFFF"/>
                <w:szCs w:val="18"/>
              </w:rPr>
              <w:t>Après la naissance</w:t>
            </w:r>
          </w:p>
        </w:tc>
        <w:tc>
          <w:tcPr>
            <w:tcW w:w="5941" w:type="dxa"/>
            <w:shd w:val="clear" w:color="auto" w:fill="F6F8F7"/>
            <w:tcMar>
              <w:top w:w="95" w:type="dxa"/>
              <w:left w:w="125" w:type="dxa"/>
              <w:bottom w:w="95" w:type="dxa"/>
              <w:right w:w="125" w:type="dxa"/>
            </w:tcMar>
            <w:vAlign w:val="center"/>
          </w:tcPr>
          <w:p w14:paraId="07153D99" w14:textId="77777777" w:rsidR="003C15A5" w:rsidRPr="00101079" w:rsidRDefault="00370613">
            <w:pPr>
              <w:spacing w:after="0" w:line="247" w:lineRule="auto"/>
              <w:rPr>
                <w:szCs w:val="18"/>
              </w:rPr>
            </w:pPr>
            <w:r w:rsidRPr="00101079">
              <w:rPr>
                <w:rFonts w:cs="Verdana"/>
                <w:szCs w:val="18"/>
                <w:lang w:val="fr-FR"/>
              </w:rPr>
              <w:t xml:space="preserve">Transmettez au service Petite enfance une copie du livret de famille ou de l’acte de naissance dans le mois suivant la naissance. </w:t>
            </w:r>
            <w:r w:rsidRPr="00101079">
              <w:rPr>
                <w:rFonts w:cs="Verdana"/>
                <w:szCs w:val="18"/>
              </w:rPr>
              <w:t xml:space="preserve">Passé </w:t>
            </w:r>
            <w:proofErr w:type="spellStart"/>
            <w:r w:rsidRPr="00101079">
              <w:rPr>
                <w:rFonts w:cs="Verdana"/>
                <w:szCs w:val="18"/>
              </w:rPr>
              <w:t>ce</w:t>
            </w:r>
            <w:proofErr w:type="spellEnd"/>
            <w:r w:rsidRPr="00101079">
              <w:rPr>
                <w:rFonts w:cs="Verdana"/>
                <w:szCs w:val="18"/>
              </w:rPr>
              <w:t xml:space="preserve"> </w:t>
            </w:r>
            <w:proofErr w:type="spellStart"/>
            <w:r w:rsidRPr="00101079">
              <w:rPr>
                <w:rFonts w:cs="Verdana"/>
                <w:szCs w:val="18"/>
              </w:rPr>
              <w:t>délai</w:t>
            </w:r>
            <w:proofErr w:type="spellEnd"/>
            <w:r w:rsidRPr="00101079">
              <w:rPr>
                <w:rFonts w:cs="Verdana"/>
                <w:szCs w:val="18"/>
              </w:rPr>
              <w:t xml:space="preserve">, la demande ne sera pas </w:t>
            </w:r>
            <w:proofErr w:type="spellStart"/>
            <w:r w:rsidRPr="00101079">
              <w:rPr>
                <w:rFonts w:cs="Verdana"/>
                <w:szCs w:val="18"/>
              </w:rPr>
              <w:t>étudiée</w:t>
            </w:r>
            <w:proofErr w:type="spellEnd"/>
            <w:r w:rsidRPr="00101079">
              <w:rPr>
                <w:rFonts w:cs="Verdana"/>
                <w:szCs w:val="18"/>
              </w:rPr>
              <w:t>.</w:t>
            </w:r>
          </w:p>
        </w:tc>
      </w:tr>
      <w:tr w:rsidR="003C15A5" w:rsidRPr="007006AF" w14:paraId="25770E6A" w14:textId="77777777" w:rsidTr="002C689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300"/>
        </w:trPr>
        <w:tc>
          <w:tcPr>
            <w:tcW w:w="4111" w:type="dxa"/>
            <w:shd w:val="clear" w:color="auto" w:fill="0C9C95"/>
            <w:tcMar>
              <w:top w:w="95" w:type="dxa"/>
              <w:left w:w="125" w:type="dxa"/>
              <w:bottom w:w="95" w:type="dxa"/>
              <w:right w:w="125" w:type="dxa"/>
            </w:tcMar>
            <w:vAlign w:val="center"/>
          </w:tcPr>
          <w:p w14:paraId="02152DB2" w14:textId="77777777" w:rsidR="003C15A5" w:rsidRPr="00101079" w:rsidRDefault="00370613">
            <w:pPr>
              <w:spacing w:after="0" w:line="247" w:lineRule="auto"/>
              <w:jc w:val="center"/>
              <w:rPr>
                <w:szCs w:val="18"/>
              </w:rPr>
            </w:pPr>
            <w:r w:rsidRPr="00101079">
              <w:rPr>
                <w:rFonts w:cs="Verdana"/>
                <w:b/>
                <w:color w:val="FFFFFF"/>
                <w:szCs w:val="18"/>
              </w:rPr>
              <w:t>En cas de changement</w:t>
            </w:r>
          </w:p>
        </w:tc>
        <w:tc>
          <w:tcPr>
            <w:tcW w:w="5941" w:type="dxa"/>
            <w:shd w:val="clear" w:color="auto" w:fill="F6F8F7"/>
            <w:tcMar>
              <w:top w:w="95" w:type="dxa"/>
              <w:left w:w="125" w:type="dxa"/>
              <w:bottom w:w="95" w:type="dxa"/>
              <w:right w:w="125" w:type="dxa"/>
            </w:tcMar>
            <w:vAlign w:val="center"/>
          </w:tcPr>
          <w:p w14:paraId="0186A510" w14:textId="77777777" w:rsidR="003C15A5" w:rsidRPr="00101079" w:rsidRDefault="00370613">
            <w:pPr>
              <w:spacing w:after="0" w:line="247" w:lineRule="auto"/>
              <w:rPr>
                <w:szCs w:val="18"/>
                <w:lang w:val="fr-FR"/>
              </w:rPr>
            </w:pPr>
            <w:r w:rsidRPr="00101079">
              <w:rPr>
                <w:rFonts w:cs="Verdana"/>
                <w:szCs w:val="18"/>
                <w:lang w:val="fr-FR"/>
              </w:rPr>
              <w:t>Signalez toute évolution de votre situation par courrier ou à scolaire@mairiesnlb.fr.</w:t>
            </w:r>
          </w:p>
        </w:tc>
      </w:tr>
      <w:tr w:rsidR="003C15A5" w:rsidRPr="007006AF" w14:paraId="6FC049D9" w14:textId="77777777" w:rsidTr="002C689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300"/>
        </w:trPr>
        <w:tc>
          <w:tcPr>
            <w:tcW w:w="4111" w:type="dxa"/>
            <w:shd w:val="clear" w:color="auto" w:fill="77B86A"/>
            <w:tcMar>
              <w:top w:w="95" w:type="dxa"/>
              <w:left w:w="125" w:type="dxa"/>
              <w:bottom w:w="95" w:type="dxa"/>
              <w:right w:w="125" w:type="dxa"/>
            </w:tcMar>
            <w:vAlign w:val="center"/>
          </w:tcPr>
          <w:p w14:paraId="6370BA70" w14:textId="77777777" w:rsidR="003C15A5" w:rsidRPr="00101079" w:rsidRDefault="00370613">
            <w:pPr>
              <w:spacing w:after="0" w:line="247" w:lineRule="auto"/>
              <w:jc w:val="center"/>
              <w:rPr>
                <w:szCs w:val="18"/>
              </w:rPr>
            </w:pPr>
            <w:r w:rsidRPr="00101079">
              <w:rPr>
                <w:rFonts w:cs="Verdana"/>
                <w:b/>
                <w:color w:val="FFFFFF"/>
                <w:szCs w:val="18"/>
              </w:rPr>
              <w:t>Avant la commission</w:t>
            </w:r>
          </w:p>
        </w:tc>
        <w:tc>
          <w:tcPr>
            <w:tcW w:w="5941" w:type="dxa"/>
            <w:shd w:val="clear" w:color="auto" w:fill="F6F8F7"/>
            <w:tcMar>
              <w:top w:w="95" w:type="dxa"/>
              <w:left w:w="125" w:type="dxa"/>
              <w:bottom w:w="95" w:type="dxa"/>
              <w:right w:w="125" w:type="dxa"/>
            </w:tcMar>
            <w:vAlign w:val="center"/>
          </w:tcPr>
          <w:p w14:paraId="76AD41C0" w14:textId="77777777" w:rsidR="003C15A5" w:rsidRPr="00101079" w:rsidRDefault="00370613">
            <w:pPr>
              <w:spacing w:after="0" w:line="247" w:lineRule="auto"/>
              <w:rPr>
                <w:szCs w:val="18"/>
                <w:lang w:val="fr-FR"/>
              </w:rPr>
            </w:pPr>
            <w:r w:rsidRPr="00101079">
              <w:rPr>
                <w:rFonts w:cs="Verdana"/>
                <w:szCs w:val="18"/>
                <w:lang w:val="fr-FR"/>
              </w:rPr>
              <w:t>Pour les places de septembre, un courrier vous sera adressé au cours du premier trimestre afin de confirmer ou d’actualiser votre demande.</w:t>
            </w:r>
          </w:p>
        </w:tc>
      </w:tr>
    </w:tbl>
    <w:p w14:paraId="7DF43307" w14:textId="77777777" w:rsidR="0062297C" w:rsidRPr="00B034C4" w:rsidRDefault="0062297C">
      <w:pPr>
        <w:rPr>
          <w:lang w:val="fr-FR"/>
        </w:rPr>
      </w:pPr>
    </w:p>
    <w:sectPr w:rsidR="0062297C" w:rsidRPr="00B034C4" w:rsidSect="002C6892">
      <w:headerReference w:type="default" r:id="rId9"/>
      <w:footerReference w:type="default" r:id="rId10"/>
      <w:pgSz w:w="11906" w:h="16838" w:code="9"/>
      <w:pgMar w:top="851" w:right="851" w:bottom="851" w:left="851"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8D528" w14:textId="77777777" w:rsidR="00370613" w:rsidRDefault="00370613">
      <w:pPr>
        <w:spacing w:after="0" w:line="240" w:lineRule="auto"/>
      </w:pPr>
      <w:r>
        <w:separator/>
      </w:r>
    </w:p>
  </w:endnote>
  <w:endnote w:type="continuationSeparator" w:id="0">
    <w:p w14:paraId="4E8FAA3D" w14:textId="77777777" w:rsidR="00370613" w:rsidRDefault="00370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A7FF9" w14:textId="18021332" w:rsidR="003C15A5" w:rsidRPr="00D82FD4" w:rsidRDefault="00370613">
    <w:pPr>
      <w:pStyle w:val="Pieddepage"/>
      <w:spacing w:after="60" w:line="252" w:lineRule="auto"/>
      <w:jc w:val="center"/>
      <w:rPr>
        <w:lang w:val="fr-FR"/>
      </w:rPr>
    </w:pPr>
    <w:r w:rsidRPr="00D82FD4">
      <w:rPr>
        <w:rFonts w:cs="Verdana"/>
        <w:color w:val="075F64"/>
        <w:sz w:val="16"/>
        <w:lang w:val="fr-FR"/>
      </w:rPr>
      <w:t xml:space="preserve">Service Petite </w:t>
    </w:r>
    <w:proofErr w:type="gramStart"/>
    <w:r w:rsidRPr="00D82FD4">
      <w:rPr>
        <w:rFonts w:cs="Verdana"/>
        <w:color w:val="075F64"/>
        <w:sz w:val="16"/>
        <w:lang w:val="fr-FR"/>
      </w:rPr>
      <w:t>enfance  •</w:t>
    </w:r>
    <w:proofErr w:type="gramEnd"/>
    <w:r w:rsidRPr="00D82FD4">
      <w:rPr>
        <w:rFonts w:cs="Verdana"/>
        <w:color w:val="075F64"/>
        <w:sz w:val="16"/>
        <w:lang w:val="fr-FR"/>
      </w:rPr>
      <w:t xml:space="preserve">  </w:t>
    </w:r>
    <w:proofErr w:type="gramStart"/>
    <w:r w:rsidRPr="00D82FD4">
      <w:rPr>
        <w:rFonts w:cs="Verdana"/>
        <w:color w:val="075F64"/>
        <w:sz w:val="16"/>
        <w:lang w:val="fr-FR"/>
      </w:rPr>
      <w:t>scolaire@mairiesnlb.fr  •</w:t>
    </w:r>
    <w:proofErr w:type="gramEnd"/>
    <w:r w:rsidRPr="00D82FD4">
      <w:rPr>
        <w:rFonts w:cs="Verdana"/>
        <w:color w:val="075F64"/>
        <w:sz w:val="16"/>
        <w:lang w:val="fr-FR"/>
      </w:rPr>
      <w:t xml:space="preserve">  01 30 80 07 0</w:t>
    </w:r>
    <w:r w:rsidR="00D82FD4">
      <w:rPr>
        <w:rFonts w:cs="Verdana"/>
        <w:color w:val="075F64"/>
        <w:sz w:val="16"/>
        <w:lang w:val="fr-FR"/>
      </w:rPr>
      <w:t>8</w:t>
    </w:r>
    <w:r w:rsidRPr="00D82FD4">
      <w:rPr>
        <w:rFonts w:cs="Verdana"/>
        <w:color w:val="075F64"/>
        <w:sz w:val="16"/>
        <w:lang w:val="fr-FR"/>
      </w:rPr>
      <w:t xml:space="preserve">   |   Page </w:t>
    </w:r>
    <w:r>
      <w:fldChar w:fldCharType="begin"/>
    </w:r>
    <w:r w:rsidRPr="00D82FD4">
      <w:rPr>
        <w:lang w:val="fr-FR"/>
      </w:rPr>
      <w:instrText>PAGE</w:instrText>
    </w:r>
    <w:r>
      <w:fldChar w:fldCharType="separate"/>
    </w:r>
    <w:r w:rsidR="00D82FD4" w:rsidRPr="00D82FD4">
      <w:rPr>
        <w:noProof/>
        <w:lang w:val="fr-FR"/>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BFDAF" w14:textId="77777777" w:rsidR="00370613" w:rsidRDefault="00370613">
      <w:pPr>
        <w:spacing w:after="0" w:line="240" w:lineRule="auto"/>
      </w:pPr>
      <w:r>
        <w:separator/>
      </w:r>
    </w:p>
  </w:footnote>
  <w:footnote w:type="continuationSeparator" w:id="0">
    <w:p w14:paraId="4CDAC1AD" w14:textId="77777777" w:rsidR="00370613" w:rsidRDefault="003706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4819"/>
      <w:gridCol w:w="4819"/>
    </w:tblGrid>
    <w:tr w:rsidR="003C15A5" w:rsidRPr="007006AF" w14:paraId="25833602" w14:textId="77777777">
      <w:trPr>
        <w:trHeight w:val="320"/>
      </w:trPr>
      <w:tc>
        <w:tcPr>
          <w:tcW w:w="4819" w:type="dxa"/>
          <w:tcMar>
            <w:top w:w="95" w:type="dxa"/>
            <w:left w:w="125" w:type="dxa"/>
            <w:bottom w:w="95" w:type="dxa"/>
            <w:right w:w="125" w:type="dxa"/>
          </w:tcMar>
          <w:vAlign w:val="center"/>
        </w:tcPr>
        <w:p w14:paraId="2DE0106D" w14:textId="77777777" w:rsidR="003C15A5" w:rsidRDefault="00370613">
          <w:pPr>
            <w:spacing w:after="0" w:line="247" w:lineRule="auto"/>
          </w:pPr>
          <w:r>
            <w:rPr>
              <w:rFonts w:cs="Verdana"/>
              <w:noProof/>
            </w:rPr>
            <w:drawing>
              <wp:inline distT="0" distB="0" distL="0" distR="0" wp14:anchorId="403B1667" wp14:editId="35D73F2A">
                <wp:extent cx="774000" cy="585845"/>
                <wp:effectExtent l="0" t="0" r="0" b="0"/>
                <wp:docPr id="1918087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ville.png"/>
                        <pic:cNvPicPr/>
                      </pic:nvPicPr>
                      <pic:blipFill>
                        <a:blip r:embed="rId1"/>
                        <a:stretch>
                          <a:fillRect/>
                        </a:stretch>
                      </pic:blipFill>
                      <pic:spPr>
                        <a:xfrm>
                          <a:off x="0" y="0"/>
                          <a:ext cx="774000" cy="585845"/>
                        </a:xfrm>
                        <a:prstGeom prst="rect">
                          <a:avLst/>
                        </a:prstGeom>
                      </pic:spPr>
                    </pic:pic>
                  </a:graphicData>
                </a:graphic>
              </wp:inline>
            </w:drawing>
          </w:r>
        </w:p>
      </w:tc>
      <w:tc>
        <w:tcPr>
          <w:tcW w:w="4819" w:type="dxa"/>
          <w:tcMar>
            <w:top w:w="95" w:type="dxa"/>
            <w:left w:w="125" w:type="dxa"/>
            <w:bottom w:w="95" w:type="dxa"/>
            <w:right w:w="125" w:type="dxa"/>
          </w:tcMar>
          <w:vAlign w:val="center"/>
        </w:tcPr>
        <w:p w14:paraId="07E2DE9F" w14:textId="5FEE6658" w:rsidR="003C15A5" w:rsidRPr="00D82FD4" w:rsidRDefault="00370613">
          <w:pPr>
            <w:spacing w:after="0" w:line="247" w:lineRule="auto"/>
            <w:jc w:val="right"/>
            <w:rPr>
              <w:lang w:val="fr-FR"/>
            </w:rPr>
          </w:pPr>
          <w:r w:rsidRPr="00D82FD4">
            <w:rPr>
              <w:rFonts w:cs="Verdana"/>
              <w:b/>
              <w:color w:val="075F64"/>
              <w:sz w:val="17"/>
              <w:lang w:val="fr-FR"/>
            </w:rPr>
            <w:t xml:space="preserve">PETITE </w:t>
          </w:r>
          <w:proofErr w:type="gramStart"/>
          <w:r w:rsidRPr="00D82FD4">
            <w:rPr>
              <w:rFonts w:cs="Verdana"/>
              <w:b/>
              <w:color w:val="075F64"/>
              <w:sz w:val="17"/>
              <w:lang w:val="fr-FR"/>
            </w:rPr>
            <w:t>ENFANCE  •</w:t>
          </w:r>
          <w:proofErr w:type="gramEnd"/>
          <w:r w:rsidR="004A7A7B">
            <w:rPr>
              <w:rFonts w:cs="Verdana"/>
              <w:b/>
              <w:color w:val="075F64"/>
              <w:sz w:val="17"/>
              <w:lang w:val="fr-FR"/>
            </w:rPr>
            <w:t xml:space="preserve"> </w:t>
          </w:r>
          <w:r w:rsidRPr="00D82FD4">
            <w:rPr>
              <w:rFonts w:cs="Verdana"/>
              <w:b/>
              <w:color w:val="075F64"/>
              <w:sz w:val="17"/>
              <w:lang w:val="fr-FR"/>
            </w:rPr>
            <w:t xml:space="preserve">  SAINT-NOM-LA-BRETÈCHE</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233202177">
    <w:abstractNumId w:val="8"/>
  </w:num>
  <w:num w:numId="2" w16cid:durableId="235089011">
    <w:abstractNumId w:val="6"/>
  </w:num>
  <w:num w:numId="3" w16cid:durableId="2111316473">
    <w:abstractNumId w:val="5"/>
  </w:num>
  <w:num w:numId="4" w16cid:durableId="655500606">
    <w:abstractNumId w:val="4"/>
  </w:num>
  <w:num w:numId="5" w16cid:durableId="924994837">
    <w:abstractNumId w:val="7"/>
  </w:num>
  <w:num w:numId="6" w16cid:durableId="1243876456">
    <w:abstractNumId w:val="3"/>
  </w:num>
  <w:num w:numId="7" w16cid:durableId="1822502055">
    <w:abstractNumId w:val="2"/>
  </w:num>
  <w:num w:numId="8" w16cid:durableId="1718818211">
    <w:abstractNumId w:val="1"/>
  </w:num>
  <w:num w:numId="9" w16cid:durableId="1421022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506F"/>
    <w:rsid w:val="00101079"/>
    <w:rsid w:val="0015074B"/>
    <w:rsid w:val="001737A2"/>
    <w:rsid w:val="001D06B7"/>
    <w:rsid w:val="001E2BDF"/>
    <w:rsid w:val="0029639D"/>
    <w:rsid w:val="002C6892"/>
    <w:rsid w:val="002D21AE"/>
    <w:rsid w:val="00326F90"/>
    <w:rsid w:val="00370613"/>
    <w:rsid w:val="003C15A5"/>
    <w:rsid w:val="004A7A7B"/>
    <w:rsid w:val="0057382D"/>
    <w:rsid w:val="00575C62"/>
    <w:rsid w:val="005B632A"/>
    <w:rsid w:val="0062297C"/>
    <w:rsid w:val="007006AF"/>
    <w:rsid w:val="00780EDC"/>
    <w:rsid w:val="008734FB"/>
    <w:rsid w:val="008F5044"/>
    <w:rsid w:val="00A570F3"/>
    <w:rsid w:val="00AA1D8D"/>
    <w:rsid w:val="00B034C4"/>
    <w:rsid w:val="00B47730"/>
    <w:rsid w:val="00B76C1D"/>
    <w:rsid w:val="00C808D9"/>
    <w:rsid w:val="00C87B62"/>
    <w:rsid w:val="00CB0664"/>
    <w:rsid w:val="00CB1A5C"/>
    <w:rsid w:val="00CB354C"/>
    <w:rsid w:val="00D82FD4"/>
    <w:rsid w:val="00E17469"/>
    <w:rsid w:val="00EC1533"/>
    <w:rsid w:val="00F76E2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262DBB"/>
  <w14:defaultImageDpi w14:val="300"/>
  <w15:docId w15:val="{0F1E0576-15F9-458F-B013-079E98EFD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Verdana" w:eastAsia="Verdana" w:hAnsi="Verdana"/>
      <w:color w:val="243638"/>
      <w:sz w:val="18"/>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rPr>
      <w:rFonts w:ascii="Verdana" w:eastAsia="Verdana" w:hAnsi="Verdana"/>
    </w:rPr>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rPr>
      <w:rFonts w:ascii="Verdana" w:eastAsia="Verdana" w:hAnsi="Verdana"/>
    </w:rPr>
  </w:style>
  <w:style w:type="paragraph" w:styleId="Sansinterligne">
    <w:name w:val="No Spacing"/>
    <w:uiPriority w:val="1"/>
    <w:qFormat/>
    <w:rsid w:val="00FC693F"/>
    <w:pPr>
      <w:spacing w:after="0" w:line="240" w:lineRule="auto"/>
    </w:pPr>
    <w:rPr>
      <w:rFonts w:ascii="Verdana" w:eastAsia="Verdana" w:hAnsi="Verdana"/>
    </w:r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3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rPr>
      <w:rFonts w:ascii="Verdana" w:eastAsia="Verdana" w:hAnsi="Verdana"/>
    </w:rPr>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rPr>
      <w:rFonts w:ascii="Verdana" w:eastAsia="Verdana" w:hAnsi="Verdana"/>
    </w:rPr>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rFonts w:ascii="Verdana" w:eastAsia="Verdana" w:hAnsi="Verdana"/>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Verdana" w:eastAsia="Verdana" w:hAnsi="Verdana"/>
      <w:sz w:val="20"/>
      <w:szCs w:val="20"/>
    </w:rPr>
  </w:style>
  <w:style w:type="character" w:customStyle="1" w:styleId="TextedemacroCar">
    <w:name w:val="Texte de macro Car"/>
    <w:basedOn w:val="Policepardfaut"/>
    <w:link w:val="Textedemacro"/>
    <w:uiPriority w:val="99"/>
    <w:rsid w:val="0029639D"/>
    <w:rPr>
      <w:rFonts w:ascii="Verdana" w:eastAsia="Verdana" w:hAnsi="Verdana"/>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rFonts w:ascii="Verdana" w:eastAsia="Verdana" w:hAnsi="Verdana"/>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Cs w:val="18"/>
    </w:rPr>
  </w:style>
  <w:style w:type="character" w:styleId="lev">
    <w:name w:val="Strong"/>
    <w:basedOn w:val="Policepardfaut"/>
    <w:uiPriority w:val="22"/>
    <w:qFormat/>
    <w:rsid w:val="00FC693F"/>
    <w:rPr>
      <w:rFonts w:ascii="Verdana" w:eastAsia="Verdana" w:hAnsi="Verdana"/>
      <w:b/>
      <w:bCs/>
    </w:rPr>
  </w:style>
  <w:style w:type="character" w:styleId="Accentuation">
    <w:name w:val="Emphasis"/>
    <w:basedOn w:val="Policepardfaut"/>
    <w:uiPriority w:val="20"/>
    <w:qFormat/>
    <w:rsid w:val="00FC693F"/>
    <w:rPr>
      <w:rFonts w:ascii="Verdana" w:eastAsia="Verdana" w:hAnsi="Verdana"/>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rFonts w:ascii="Verdana" w:eastAsia="Verdana" w:hAnsi="Verdana"/>
      <w:b/>
      <w:bCs/>
      <w:i/>
      <w:iCs/>
      <w:color w:val="4F81BD" w:themeColor="accent1"/>
    </w:rPr>
  </w:style>
  <w:style w:type="character" w:styleId="Accentuationlgre">
    <w:name w:val="Subtle Emphasis"/>
    <w:basedOn w:val="Policepardfaut"/>
    <w:uiPriority w:val="19"/>
    <w:qFormat/>
    <w:rsid w:val="00FC693F"/>
    <w:rPr>
      <w:rFonts w:ascii="Verdana" w:eastAsia="Verdana" w:hAnsi="Verdana"/>
      <w:i/>
      <w:iCs/>
      <w:color w:val="808080" w:themeColor="text1" w:themeTint="7F"/>
    </w:rPr>
  </w:style>
  <w:style w:type="character" w:styleId="Accentuationintense">
    <w:name w:val="Intense Emphasis"/>
    <w:basedOn w:val="Policepardfaut"/>
    <w:uiPriority w:val="21"/>
    <w:qFormat/>
    <w:rsid w:val="00FC693F"/>
    <w:rPr>
      <w:rFonts w:ascii="Verdana" w:eastAsia="Verdana" w:hAnsi="Verdana"/>
      <w:b/>
      <w:bCs/>
      <w:i/>
      <w:iCs/>
      <w:color w:val="4F81BD" w:themeColor="accent1"/>
    </w:rPr>
  </w:style>
  <w:style w:type="character" w:styleId="Rfrencelgre">
    <w:name w:val="Subtle Reference"/>
    <w:basedOn w:val="Policepardfaut"/>
    <w:uiPriority w:val="31"/>
    <w:qFormat/>
    <w:rsid w:val="00FC693F"/>
    <w:rPr>
      <w:rFonts w:ascii="Verdana" w:eastAsia="Verdana" w:hAnsi="Verdana"/>
      <w:smallCaps/>
      <w:color w:val="C0504D" w:themeColor="accent2"/>
      <w:u w:val="single"/>
    </w:rPr>
  </w:style>
  <w:style w:type="character" w:styleId="Rfrenceintense">
    <w:name w:val="Intense Reference"/>
    <w:basedOn w:val="Policepardfaut"/>
    <w:uiPriority w:val="32"/>
    <w:qFormat/>
    <w:rsid w:val="00FC693F"/>
    <w:rPr>
      <w:rFonts w:ascii="Verdana" w:eastAsia="Verdana" w:hAnsi="Verdana"/>
      <w:b/>
      <w:bCs/>
      <w:smallCaps/>
      <w:color w:val="C0504D" w:themeColor="accent2"/>
      <w:spacing w:val="5"/>
      <w:u w:val="single"/>
    </w:rPr>
  </w:style>
  <w:style w:type="character" w:styleId="Titredulivre">
    <w:name w:val="Book Title"/>
    <w:basedOn w:val="Policepardfaut"/>
    <w:uiPriority w:val="33"/>
    <w:qFormat/>
    <w:rsid w:val="00FC693F"/>
    <w:rPr>
      <w:rFonts w:ascii="Verdana" w:eastAsia="Verdana" w:hAnsi="Verdana"/>
      <w:b/>
      <w:bCs/>
      <w:smallCaps/>
      <w:spacing w:val="5"/>
    </w:rPr>
  </w:style>
  <w:style w:type="paragraph" w:styleId="En-ttedetabledesmatires">
    <w:name w:val="TOC Heading"/>
    <w:basedOn w:val="Titre1"/>
    <w:next w:val="Normal"/>
    <w:uiPriority w:val="39"/>
    <w:semiHidden/>
    <w:unhideWhenUsed/>
    <w:qFormat/>
    <w:rsid w:val="00FC693F"/>
    <w:pPr>
      <w:outlineLvl w:val="9"/>
    </w:pPr>
    <w:rPr>
      <w:rFonts w:ascii="Verdana" w:eastAsia="Verdana" w:hAnsi="Verdana"/>
    </w:rPr>
  </w:style>
  <w:style w:type="table" w:styleId="Grilledutableau">
    <w:name w:val="Table Grid"/>
    <w:basedOn w:val="TableauNormal"/>
    <w:uiPriority w:val="59"/>
    <w:rsid w:val="00FC693F"/>
    <w:pPr>
      <w:spacing w:after="0" w:line="240" w:lineRule="auto"/>
    </w:pPr>
    <w:rPr>
      <w:rFonts w:ascii="Verdana" w:eastAsia="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rFonts w:ascii="Verdana" w:eastAsia="Verdana" w:hAnsi="Verdana"/>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rFonts w:ascii="Verdana" w:eastAsia="Verdana" w:hAnsi="Verdan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rFonts w:ascii="Verdana" w:eastAsia="Verdana" w:hAnsi="Verdana"/>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rFonts w:ascii="Verdana" w:eastAsia="Verdana" w:hAnsi="Verdana"/>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rFonts w:ascii="Verdana" w:eastAsia="Verdana" w:hAnsi="Verdana"/>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rFonts w:ascii="Verdana" w:eastAsia="Verdana" w:hAnsi="Verdana"/>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rFonts w:ascii="Verdana" w:eastAsia="Verdana" w:hAnsi="Verdana"/>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rPr>
      <w:rFonts w:ascii="Verdana" w:eastAsia="Verdana" w:hAnsi="Verdan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rPr>
      <w:rFonts w:ascii="Verdana" w:eastAsia="Verdana" w:hAnsi="Verdan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rPr>
      <w:rFonts w:ascii="Verdana" w:eastAsia="Verdana" w:hAnsi="Verdan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rPr>
      <w:rFonts w:ascii="Verdana" w:eastAsia="Verdana" w:hAnsi="Verdan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rPr>
      <w:rFonts w:ascii="Verdana" w:eastAsia="Verdana" w:hAnsi="Verdan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rPr>
      <w:rFonts w:ascii="Verdana" w:eastAsia="Verdana" w:hAnsi="Verdan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rPr>
      <w:rFonts w:ascii="Verdana" w:eastAsia="Verdana" w:hAnsi="Verdan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rPr>
      <w:rFonts w:ascii="Verdana" w:eastAsia="Verdana" w:hAnsi="Verdan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rPr>
      <w:rFonts w:ascii="Verdana" w:eastAsia="Verdana" w:hAnsi="Verdana"/>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rPr>
      <w:rFonts w:ascii="Verdana" w:eastAsia="Verdana" w:hAnsi="Verdana"/>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rPr>
      <w:rFonts w:ascii="Verdana" w:eastAsia="Verdana" w:hAnsi="Verdana"/>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rPr>
      <w:rFonts w:ascii="Verdana" w:eastAsia="Verdana" w:hAnsi="Verdana"/>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rPr>
      <w:rFonts w:ascii="Verdana" w:eastAsia="Verdana" w:hAnsi="Verdana"/>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rPr>
      <w:rFonts w:ascii="Verdana" w:eastAsia="Verdana" w:hAnsi="Verdana"/>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rPr>
      <w:rFonts w:ascii="Verdana" w:eastAsia="Verdana" w:hAnsi="Verdan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rPr>
      <w:rFonts w:ascii="Verdana" w:eastAsia="Verdana" w:hAnsi="Verdan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rPr>
      <w:rFonts w:ascii="Verdana" w:eastAsia="Verdana" w:hAnsi="Verdan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rPr>
      <w:rFonts w:ascii="Verdana" w:eastAsia="Verdana" w:hAnsi="Verdan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rPr>
      <w:rFonts w:ascii="Verdana" w:eastAsia="Verdana" w:hAnsi="Verdan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rPr>
      <w:rFonts w:ascii="Verdana" w:eastAsia="Verdana" w:hAnsi="Verdan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rPr>
      <w:rFonts w:ascii="Verdana" w:eastAsia="Verdana" w:hAnsi="Verdan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rPr>
      <w:rFonts w:ascii="Verdana" w:eastAsia="Verdana" w:hAnsi="Verdan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rPr>
      <w:rFonts w:ascii="Verdana" w:eastAsia="Verdana" w:hAnsi="Verdan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rPr>
      <w:rFonts w:ascii="Verdana" w:eastAsia="Verdana" w:hAnsi="Verdan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rPr>
      <w:rFonts w:ascii="Verdana" w:eastAsia="Verdana" w:hAnsi="Verdan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rPr>
      <w:rFonts w:ascii="Verdana" w:eastAsia="Verdana" w:hAnsi="Verdan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rPr>
      <w:rFonts w:ascii="Verdana" w:eastAsia="Verdana" w:hAnsi="Verdan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rPr>
      <w:rFonts w:ascii="Verdana" w:eastAsia="Verdana" w:hAnsi="Verdan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rFonts w:ascii="Verdana" w:eastAsia="Verdana" w:hAnsi="Verdana"/>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rFonts w:ascii="Verdana" w:eastAsia="Verdana" w:hAnsi="Verdana"/>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rFonts w:ascii="Verdana" w:eastAsia="Verdana" w:hAnsi="Verdana"/>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rFonts w:ascii="Verdana" w:eastAsia="Verdana" w:hAnsi="Verdana"/>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rFonts w:ascii="Verdana" w:eastAsia="Verdana" w:hAnsi="Verdana"/>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rFonts w:ascii="Verdana" w:eastAsia="Verdana" w:hAnsi="Verdana"/>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rFonts w:ascii="Verdana" w:eastAsia="Verdana" w:hAnsi="Verdana"/>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rPr>
      <w:rFonts w:ascii="Verdana" w:eastAsia="Verdana" w:hAnsi="Verdan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rPr>
      <w:rFonts w:ascii="Verdana" w:eastAsia="Verdana" w:hAnsi="Verdana"/>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rPr>
      <w:rFonts w:ascii="Verdana" w:eastAsia="Verdana" w:hAnsi="Verdana"/>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rPr>
      <w:rFonts w:ascii="Verdana" w:eastAsia="Verdana" w:hAnsi="Verdana"/>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rPr>
      <w:rFonts w:ascii="Verdana" w:eastAsia="Verdana" w:hAnsi="Verdana"/>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rPr>
      <w:rFonts w:ascii="Verdana" w:eastAsia="Verdana" w:hAnsi="Verdana"/>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rPr>
      <w:rFonts w:ascii="Verdana" w:eastAsia="Verdana" w:hAnsi="Verdana"/>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rPr>
      <w:rFonts w:ascii="Verdana" w:eastAsia="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rPr>
      <w:rFonts w:ascii="Verdana" w:eastAsia="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rPr>
      <w:rFonts w:ascii="Verdana" w:eastAsia="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rPr>
      <w:rFonts w:ascii="Verdana" w:eastAsia="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rPr>
      <w:rFonts w:ascii="Verdana" w:eastAsia="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rPr>
      <w:rFonts w:ascii="Verdana" w:eastAsia="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rPr>
      <w:rFonts w:ascii="Verdana" w:eastAsia="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rFonts w:ascii="Verdana" w:eastAsia="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rFonts w:ascii="Verdana" w:eastAsia="Verdana" w:hAnsi="Verdan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rFonts w:ascii="Verdana" w:eastAsia="Verdana" w:hAnsi="Verdan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rFonts w:ascii="Verdana" w:eastAsia="Verdana" w:hAnsi="Verdan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rFonts w:ascii="Verdana" w:eastAsia="Verdana" w:hAnsi="Verdan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rFonts w:ascii="Verdana" w:eastAsia="Verdana" w:hAnsi="Verdan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rFonts w:ascii="Verdana" w:eastAsia="Verdana" w:hAnsi="Verdan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rFonts w:ascii="Verdana" w:eastAsia="Verdana" w:hAnsi="Verdan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rFonts w:ascii="Verdana" w:eastAsia="Verdana" w:hAnsi="Verdan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rFonts w:ascii="Verdana" w:eastAsia="Verdana" w:hAnsi="Verdan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rFonts w:ascii="Verdana" w:eastAsia="Verdana" w:hAnsi="Verdan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rFonts w:ascii="Verdana" w:eastAsia="Verdana" w:hAnsi="Verdan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rFonts w:ascii="Verdana" w:eastAsia="Verdana" w:hAnsi="Verdan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rFonts w:ascii="Verdana" w:eastAsia="Verdana" w:hAnsi="Verdan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rFonts w:ascii="Verdana" w:eastAsia="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rFonts w:ascii="Verdana" w:eastAsia="Verdana" w:hAnsi="Verdan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rFonts w:ascii="Verdana" w:eastAsia="Verdana" w:hAnsi="Verdan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rFonts w:ascii="Verdana" w:eastAsia="Verdana" w:hAnsi="Verdan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rFonts w:ascii="Verdana" w:eastAsia="Verdana" w:hAnsi="Verdan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rFonts w:ascii="Verdana" w:eastAsia="Verdana" w:hAnsi="Verdan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rFonts w:ascii="Verdana" w:eastAsia="Verdana" w:hAnsi="Verdan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rFonts w:ascii="Verdana" w:eastAsia="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rFonts w:ascii="Verdana" w:eastAsia="Verdana" w:hAnsi="Verdan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rFonts w:ascii="Verdana" w:eastAsia="Verdana" w:hAnsi="Verdan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rFonts w:ascii="Verdana" w:eastAsia="Verdana" w:hAnsi="Verdan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rFonts w:ascii="Verdana" w:eastAsia="Verdana" w:hAnsi="Verdan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rFonts w:ascii="Verdana" w:eastAsia="Verdana" w:hAnsi="Verdan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rFonts w:ascii="Verdana" w:eastAsia="Verdana" w:hAnsi="Verdan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enhypertexte">
    <w:name w:val="Hyperlink"/>
    <w:basedOn w:val="Policepardfaut"/>
    <w:uiPriority w:val="99"/>
    <w:unhideWhenUsed/>
    <w:rsid w:val="008734FB"/>
    <w:rPr>
      <w:color w:val="0000FF" w:themeColor="hyperlink"/>
      <w:u w:val="single"/>
    </w:rPr>
  </w:style>
  <w:style w:type="character" w:styleId="Mentionnonrsolue">
    <w:name w:val="Unresolved Mention"/>
    <w:basedOn w:val="Policepardfaut"/>
    <w:uiPriority w:val="99"/>
    <w:semiHidden/>
    <w:unhideWhenUsed/>
    <w:rsid w:val="008734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903</Words>
  <Characters>4967</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Demande de préinscription en crèche - version aérée Verdana</vt:lpstr>
      <vt:lpstr/>
    </vt:vector>
  </TitlesOfParts>
  <Manager/>
  <Company/>
  <LinksUpToDate>false</LinksUpToDate>
  <CharactersWithSpaces>5859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préinscription en crèche - version aérée Verdana</dc:title>
  <dc:subject>Formulaire Word remplissable</dc:subject>
  <dc:creator>Ville de Saint-Nom-la-Bretèche</dc:creator>
  <cp:keywords/>
  <dc:description>generated by python-docx</dc:description>
  <cp:lastModifiedBy>Dorothée KERAUFFRET-VAILLE</cp:lastModifiedBy>
  <cp:revision>2</cp:revision>
  <cp:lastPrinted>2026-09-22T08:51:00Z</cp:lastPrinted>
  <dcterms:created xsi:type="dcterms:W3CDTF">2026-10-06T07:30:00Z</dcterms:created>
  <dcterms:modified xsi:type="dcterms:W3CDTF">2026-10-06T07:30:00Z</dcterms:modified>
  <cp:category/>
</cp:coreProperties>
</file>